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689B7" w14:textId="77777777" w:rsidR="00FC16D4" w:rsidRDefault="00FC16D4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645E9E06" w14:textId="77777777" w:rsidR="00FC16D4" w:rsidRDefault="00FC16D4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07875C72" w14:textId="77777777" w:rsidR="00FC16D4" w:rsidRDefault="00FC16D4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5C2EC8A5" w14:textId="77777777" w:rsidR="00FC16D4" w:rsidRDefault="00FC16D4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5F9AB011" w14:textId="295D21F1" w:rsidR="00A71C55" w:rsidRPr="00844D74" w:rsidRDefault="00A71C55" w:rsidP="00A71C55">
      <w:pPr>
        <w:jc w:val="center"/>
        <w:rPr>
          <w:rFonts w:ascii="Calibri" w:hAnsi="Calibri"/>
        </w:rPr>
      </w:pPr>
      <w:r w:rsidRPr="00844D74">
        <w:rPr>
          <w:rFonts w:ascii="Calibri" w:eastAsia="Times New Roman" w:hAnsi="Calibri"/>
        </w:rPr>
        <w:object w:dxaOrig="3030" w:dyaOrig="3075" w14:anchorId="7CF860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2pt;height:33.7pt" o:ole="">
            <v:imagedata r:id="rId8" o:title=""/>
          </v:shape>
          <o:OLEObject Type="Embed" ProgID="PBrush" ShapeID="_x0000_i1025" DrawAspect="Content" ObjectID="_1843119022" r:id="rId9"/>
        </w:object>
      </w:r>
    </w:p>
    <w:p w14:paraId="4C617256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2"/>
          <w:lang w:val="it-IT"/>
        </w:rPr>
      </w:pPr>
      <w:r w:rsidRPr="00A71C55">
        <w:rPr>
          <w:rFonts w:ascii="Calibri" w:hAnsi="Calibri"/>
          <w:b/>
          <w:sz w:val="22"/>
          <w:lang w:val="it-IT"/>
        </w:rPr>
        <w:t>ISTITUTO COMPRENSIVO STATALE “ARTURO BENEDETTI MICHELANGELI”</w:t>
      </w:r>
    </w:p>
    <w:p w14:paraId="516C383D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0"/>
          <w:szCs w:val="20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Alighieri ,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10 – 20084 LACCHIARELLA (MI) Cod. Meccanografico  MIIC88200X – </w:t>
      </w:r>
    </w:p>
    <w:p w14:paraId="3FB664AF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0"/>
          <w:szCs w:val="20"/>
          <w:u w:val="single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Cod. Fiscale 80124710155 </w:t>
      </w:r>
      <w:r w:rsidRPr="00A71C55">
        <w:rPr>
          <w:rFonts w:ascii="Calibri" w:hAnsi="Calibri"/>
          <w:sz w:val="20"/>
          <w:szCs w:val="20"/>
        </w:rPr>
        <w:sym w:font="Wingdings" w:char="0028"/>
      </w:r>
      <w:r w:rsidRPr="00A71C55">
        <w:rPr>
          <w:rFonts w:ascii="Calibri" w:hAnsi="Calibri"/>
          <w:sz w:val="20"/>
          <w:szCs w:val="20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9008096  -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</w:t>
      </w:r>
      <w:r w:rsidRPr="00A71C55">
        <w:rPr>
          <w:rFonts w:ascii="Calibri" w:hAnsi="Calibri"/>
          <w:sz w:val="20"/>
          <w:szCs w:val="20"/>
        </w:rPr>
        <w:sym w:font="Wingdings 2" w:char="0037"/>
      </w:r>
      <w:r w:rsidRPr="00A71C55">
        <w:rPr>
          <w:rFonts w:ascii="Calibri" w:hAnsi="Calibri"/>
          <w:sz w:val="20"/>
          <w:szCs w:val="20"/>
          <w:lang w:val="it-IT"/>
        </w:rPr>
        <w:t xml:space="preserve"> 02/90030428 </w:t>
      </w:r>
      <w:r w:rsidRPr="00A71C55">
        <w:rPr>
          <w:rFonts w:ascii="Calibri" w:hAnsi="Calibri"/>
          <w:b/>
          <w:sz w:val="20"/>
          <w:szCs w:val="20"/>
          <w:lang w:val="it-IT"/>
        </w:rPr>
        <w:t xml:space="preserve"> </w:t>
      </w:r>
      <w:hyperlink r:id="rId10" w:history="1">
        <w:r w:rsidRPr="00A71C55">
          <w:rPr>
            <w:rFonts w:ascii="Calibri" w:hAnsi="Calibri"/>
            <w:b/>
            <w:color w:val="0000FF"/>
            <w:sz w:val="20"/>
            <w:szCs w:val="20"/>
            <w:u w:val="single"/>
            <w:lang w:val="it-IT"/>
          </w:rPr>
          <w:t>MIIC88200X@pec.istruzione.it</w:t>
        </w:r>
      </w:hyperlink>
    </w:p>
    <w:p w14:paraId="53417653" w14:textId="77777777" w:rsidR="00A71C55" w:rsidRPr="00A71C55" w:rsidRDefault="00A71C55" w:rsidP="00A71C55">
      <w:pPr>
        <w:rPr>
          <w:rFonts w:ascii="Calibri" w:hAnsi="Calibri"/>
          <w:sz w:val="28"/>
          <w:szCs w:val="28"/>
          <w:lang w:val="it-IT"/>
        </w:rPr>
      </w:pPr>
    </w:p>
    <w:p w14:paraId="2862A85C" w14:textId="6EF2302B" w:rsidR="00F2788C" w:rsidRPr="00A71C55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A71C55">
        <w:rPr>
          <w:rFonts w:asciiTheme="majorHAnsi" w:hAnsiTheme="majorHAnsi" w:cstheme="majorHAnsi"/>
          <w:b/>
          <w:sz w:val="28"/>
          <w:szCs w:val="28"/>
          <w:lang w:val="it-IT"/>
        </w:rPr>
        <w:t>INFORMATIVA PRIVACY ALLE FAMIGLIE – TRATTAMENTO DATI PERSONALI E PARTICOLARI</w:t>
      </w:r>
    </w:p>
    <w:p w14:paraId="6BE199BA" w14:textId="77777777" w:rsidR="00F2788C" w:rsidRPr="00A71C55" w:rsidRDefault="00215FB0">
      <w:pPr>
        <w:spacing w:after="60" w:line="216" w:lineRule="auto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A71C55">
        <w:rPr>
          <w:rFonts w:asciiTheme="majorHAnsi" w:hAnsiTheme="majorHAnsi" w:cstheme="majorHAnsi"/>
          <w:b/>
          <w:sz w:val="28"/>
          <w:szCs w:val="28"/>
          <w:lang w:val="it-IT"/>
        </w:rPr>
        <w:t>Redatta ai sensi degli artt. 13-15 del Regolamento UE 2016/679 (G.D.P.R.)</w:t>
      </w:r>
    </w:p>
    <w:p w14:paraId="48D35946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Premessa</w:t>
      </w:r>
    </w:p>
    <w:p w14:paraId="6F14B110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Prima che la famiglia fornisca dati personali relativi all’alunno/a, l’Istituto rende le seguenti informazioni sul trattamento, sulle finalità e sui diritti esercitabili. La presente scheda costituisce informativa generale; eventuali trattamenti facoltativi sono riepilogati nella pagina finale delle manifestazioni di consenso.</w:t>
      </w:r>
    </w:p>
    <w:p w14:paraId="07D99C77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Per quale finalità saranno trattati i dati?</w:t>
      </w:r>
    </w:p>
    <w:p w14:paraId="42543934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personali e particolari necessari, pertinenti e non eccedenti sono trattati per costituire, perfezionare e mantenere il rapporto con l’Istituto, garantire il diritto all’istruzione e adempiere a compiti istituzionali, obblighi di legge, regolamenti e disposizioni del M.I.M., di Autorità e organi di vigilanza. Possono essere trattati dati relativi a salute, convinzioni religiose, origine etnica, situazione familiare/economica e altri dati previsti dalla normativa scolastica, solo nei limiti necessari.</w:t>
      </w:r>
    </w:p>
    <w:p w14:paraId="34234DAB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Base giuridica</w:t>
      </w:r>
    </w:p>
    <w:p w14:paraId="4967616D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trattamento avviene principalmente per l’esecuzione di compiti di interesse pubblico e per l’adempimento di obblighi di legge. Per tali trattamenti istituzionali non è richiesto il consenso, ma è richiesta la presa visione dell’informativa.</w:t>
      </w:r>
    </w:p>
    <w:p w14:paraId="1E11774E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Modalità e garanzie</w:t>
      </w:r>
    </w:p>
    <w:p w14:paraId="1F1AA39C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trattamento avviene presso uffici, locali scolastici e sistemi informatici dell’Istituto, da parte di personale autorizzato e istruito. Sono adottate misure organizzative e informatiche adeguate, documentate nel Registro dei trattamenti e nelle procedure interne. Non sono svolti processi decisionali esclusivamente automatizzati né profilazione.</w:t>
      </w:r>
    </w:p>
    <w:p w14:paraId="5C035AF5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Comunicazione dei dati</w:t>
      </w:r>
    </w:p>
    <w:p w14:paraId="07C54731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potranno essere comunicati, solo per finalità istituzionali, a M.I.M., U.S.R., U.S.T., INAIL, ASL/ATS, Enti territoriali, assicurazioni, medico competente, RSPP, DPO, agenzie di viaggio, enti esterni per attività didattiche, continuità/orientamento e altri soggetti previsti dalla legge o contrattualmente autorizzati. I dati non sono diffusi, salvo specifica base giuridica o consenso.</w:t>
      </w:r>
    </w:p>
    <w:p w14:paraId="3648E2A4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Conservazione e diritti</w:t>
      </w:r>
    </w:p>
    <w:p w14:paraId="252B7E21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sono conservati per il tempo di iscrizione e, successivamente, per i tempi obbligatori previsti dalla normativa scolastica e amministrativa. L’interessato può chiedere accesso, rettifica, cancellazione nei casi consentiti, limitazione, opposizione e proporre reclamo all’Autorità di controllo.</w:t>
      </w:r>
    </w:p>
    <w:p w14:paraId="10927595" w14:textId="77777777" w:rsidR="00F2788C" w:rsidRPr="00FC16D4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2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Presa visione e consensi sono raccolti nella pagina finale riepilogativa</w:t>
      </w:r>
      <w:r w:rsidRPr="00FC16D4">
        <w:rPr>
          <w:rFonts w:asciiTheme="majorHAnsi" w:hAnsiTheme="majorHAnsi" w:cstheme="majorHAnsi"/>
          <w:b/>
          <w:sz w:val="22"/>
          <w:lang w:val="it-IT"/>
        </w:rPr>
        <w:t>.</w:t>
      </w:r>
    </w:p>
    <w:p w14:paraId="5DB59471" w14:textId="77777777" w:rsidR="00F2788C" w:rsidRPr="00FC16D4" w:rsidRDefault="00215FB0">
      <w:pPr>
        <w:rPr>
          <w:rFonts w:asciiTheme="majorHAnsi" w:hAnsiTheme="majorHAnsi" w:cstheme="majorHAnsi"/>
          <w:sz w:val="22"/>
          <w:lang w:val="it-IT"/>
        </w:rPr>
      </w:pPr>
      <w:r w:rsidRPr="00FC16D4">
        <w:rPr>
          <w:rFonts w:asciiTheme="majorHAnsi" w:hAnsiTheme="majorHAnsi" w:cstheme="majorHAnsi"/>
          <w:sz w:val="22"/>
          <w:lang w:val="it-IT"/>
        </w:rPr>
        <w:br w:type="page"/>
      </w:r>
    </w:p>
    <w:p w14:paraId="212F0DE5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2534D5CC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76FAB126" w14:textId="77777777" w:rsidR="00A71C55" w:rsidRPr="00844D74" w:rsidRDefault="00A71C55" w:rsidP="00A71C55">
      <w:pPr>
        <w:jc w:val="center"/>
        <w:rPr>
          <w:rFonts w:ascii="Calibri" w:hAnsi="Calibri"/>
        </w:rPr>
      </w:pPr>
      <w:r w:rsidRPr="00844D74">
        <w:rPr>
          <w:rFonts w:ascii="Calibri" w:eastAsia="Times New Roman" w:hAnsi="Calibri"/>
        </w:rPr>
        <w:object w:dxaOrig="3030" w:dyaOrig="3075" w14:anchorId="0FB4ABCA">
          <v:shape id="_x0000_i1028" type="#_x0000_t75" style="width:36.2pt;height:33.7pt" o:ole="">
            <v:imagedata r:id="rId8" o:title=""/>
          </v:shape>
          <o:OLEObject Type="Embed" ProgID="PBrush" ShapeID="_x0000_i1028" DrawAspect="Content" ObjectID="_1843119023" r:id="rId11"/>
        </w:object>
      </w:r>
    </w:p>
    <w:p w14:paraId="0A6AE7EF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2"/>
          <w:lang w:val="it-IT"/>
        </w:rPr>
      </w:pPr>
      <w:r w:rsidRPr="00A71C55">
        <w:rPr>
          <w:rFonts w:ascii="Calibri" w:hAnsi="Calibri"/>
          <w:b/>
          <w:sz w:val="22"/>
          <w:lang w:val="it-IT"/>
        </w:rPr>
        <w:t>ISTITUTO COMPRENSIVO STATALE “ARTURO BENEDETTI MICHELANGELI”</w:t>
      </w:r>
    </w:p>
    <w:p w14:paraId="4250694E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0"/>
          <w:szCs w:val="20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Alighieri ,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10 – 20084 LACCHIARELLA (MI) Cod. Meccanografico  MIIC88200X – </w:t>
      </w:r>
    </w:p>
    <w:p w14:paraId="21E4B8FE" w14:textId="5E99B214" w:rsid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0"/>
          <w:szCs w:val="20"/>
          <w:u w:val="single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Cod. Fiscale 80124710155 </w:t>
      </w:r>
      <w:r w:rsidRPr="00A71C55">
        <w:rPr>
          <w:rFonts w:ascii="Calibri" w:hAnsi="Calibri"/>
          <w:sz w:val="20"/>
          <w:szCs w:val="20"/>
        </w:rPr>
        <w:sym w:font="Wingdings" w:char="0028"/>
      </w:r>
      <w:r w:rsidRPr="00A71C55">
        <w:rPr>
          <w:rFonts w:ascii="Calibri" w:hAnsi="Calibri"/>
          <w:sz w:val="20"/>
          <w:szCs w:val="20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9008096  -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</w:t>
      </w:r>
      <w:r w:rsidRPr="00A71C55">
        <w:rPr>
          <w:rFonts w:ascii="Calibri" w:hAnsi="Calibri"/>
          <w:sz w:val="20"/>
          <w:szCs w:val="20"/>
        </w:rPr>
        <w:sym w:font="Wingdings 2" w:char="0037"/>
      </w:r>
      <w:r w:rsidRPr="00A71C55">
        <w:rPr>
          <w:rFonts w:ascii="Calibri" w:hAnsi="Calibri"/>
          <w:sz w:val="20"/>
          <w:szCs w:val="20"/>
          <w:lang w:val="it-IT"/>
        </w:rPr>
        <w:t xml:space="preserve"> 02/90030428 </w:t>
      </w:r>
      <w:r w:rsidRPr="00A71C55">
        <w:rPr>
          <w:rFonts w:ascii="Calibri" w:hAnsi="Calibri"/>
          <w:b/>
          <w:sz w:val="20"/>
          <w:szCs w:val="20"/>
          <w:lang w:val="it-IT"/>
        </w:rPr>
        <w:t xml:space="preserve"> </w:t>
      </w:r>
      <w:hyperlink r:id="rId12" w:history="1">
        <w:r w:rsidRPr="00A71C55">
          <w:rPr>
            <w:rFonts w:ascii="Calibri" w:hAnsi="Calibri"/>
            <w:b/>
            <w:color w:val="0000FF"/>
            <w:sz w:val="20"/>
            <w:szCs w:val="20"/>
            <w:u w:val="single"/>
            <w:lang w:val="it-IT"/>
          </w:rPr>
          <w:t>MIIC88200X@pec.istruzione.it</w:t>
        </w:r>
      </w:hyperlink>
    </w:p>
    <w:p w14:paraId="49517FE2" w14:textId="56A3DA0A" w:rsid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0"/>
          <w:szCs w:val="20"/>
          <w:u w:val="single"/>
        </w:rPr>
      </w:pPr>
    </w:p>
    <w:p w14:paraId="66F0A2C6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8"/>
          <w:szCs w:val="28"/>
          <w:u w:val="single"/>
          <w:lang w:val="it-IT"/>
        </w:rPr>
      </w:pPr>
    </w:p>
    <w:p w14:paraId="1A0C9F8D" w14:textId="77777777" w:rsidR="00F2788C" w:rsidRPr="00A71C55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A71C55">
        <w:rPr>
          <w:rFonts w:asciiTheme="majorHAnsi" w:hAnsiTheme="majorHAnsi" w:cstheme="majorHAnsi"/>
          <w:b/>
          <w:sz w:val="28"/>
          <w:szCs w:val="28"/>
          <w:lang w:val="it-IT"/>
        </w:rPr>
        <w:t>INFORMATIVA PRIVACY ALLE FAMIGLIE – TRATTAMENTO IMMAGINI, FOTO E VIDEO</w:t>
      </w:r>
    </w:p>
    <w:p w14:paraId="7151984C" w14:textId="77777777" w:rsidR="00F2788C" w:rsidRPr="00A71C55" w:rsidRDefault="00215FB0">
      <w:pPr>
        <w:spacing w:after="60" w:line="216" w:lineRule="auto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A71C55">
        <w:rPr>
          <w:rFonts w:asciiTheme="majorHAnsi" w:hAnsiTheme="majorHAnsi" w:cstheme="majorHAnsi"/>
          <w:b/>
          <w:sz w:val="28"/>
          <w:szCs w:val="28"/>
          <w:lang w:val="it-IT"/>
        </w:rPr>
        <w:t>Redatta ai sensi degli artt. 13-15 del Regolamento UE 2016/679 (G.D.P.R.)</w:t>
      </w:r>
    </w:p>
    <w:p w14:paraId="624C7EAA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Finalità</w:t>
      </w:r>
    </w:p>
    <w:p w14:paraId="2BA41EB2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Personale autorizzato dall’Istituto potrà realizzare fotografie o brevi riprese audiovisive nell’ambito di attività didattiche, uscite, visite guidate, progetti, eventi scolastici, foto di classe, annuario, diario scolastico o documentazione interna. La linea ordinaria dell’Istituto è prudenziale: non pubblicare né diffondere immagini in cui gli alunni siano riconoscibili, salvo specifica manifestazione di consenso e valutazione dell’Istituto.</w:t>
      </w:r>
    </w:p>
    <w:p w14:paraId="523A4B75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Uso interno e documentazione didattica</w:t>
      </w:r>
    </w:p>
    <w:p w14:paraId="216DBB92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Le immagini potranno essere utilizzate per cartelloni, esposizioni nei locali scolastici, documentazione di attività, foto di classe o annuario, nei limiti della finalità educativa e documentale. Quando possibile, saranno privilegiate immagini non riconoscibili, di gruppo a distanza, di spalle, dettagli dell’attività o immagini con volti oscurati.</w:t>
      </w:r>
    </w:p>
    <w:p w14:paraId="09C19161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Condivisione riservata con le famiglie</w:t>
      </w:r>
    </w:p>
    <w:p w14:paraId="61F2F8B3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 xml:space="preserve">L’eventuale condivisione di immagini riconoscibili con le famiglie della medesima classe può avvenire solo se prevista dall’Istituto, con consenso specifico, tramite canali individuati e controllati dalla scuola, preferibilmente registro elettronico, area riservata o strumento istituzionale. Non è autorizzato l’invio tramite rappresentanti di classe, gruppi WhatsApp, </w:t>
      </w:r>
      <w:proofErr w:type="spellStart"/>
      <w:r w:rsidRPr="00A71C55">
        <w:rPr>
          <w:rFonts w:asciiTheme="majorHAnsi" w:hAnsiTheme="majorHAnsi" w:cstheme="majorHAnsi"/>
          <w:sz w:val="24"/>
          <w:szCs w:val="24"/>
          <w:lang w:val="it-IT"/>
        </w:rPr>
        <w:t>Telegram</w:t>
      </w:r>
      <w:proofErr w:type="spellEnd"/>
      <w:r w:rsidRPr="00A71C55">
        <w:rPr>
          <w:rFonts w:asciiTheme="majorHAnsi" w:hAnsiTheme="majorHAnsi" w:cstheme="majorHAnsi"/>
          <w:sz w:val="24"/>
          <w:szCs w:val="24"/>
          <w:lang w:val="it-IT"/>
        </w:rPr>
        <w:t xml:space="preserve"> o altre chat non istituzionali.</w:t>
      </w:r>
    </w:p>
    <w:p w14:paraId="413BC94A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Pubblicazione esterna</w:t>
      </w:r>
    </w:p>
    <w:p w14:paraId="2DA5E2B1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La pubblicazione su sito istituzionale, social network, giornali, portali, emittenti locali o altri media costituisce finalità distinta e richiede consenso specifico. In assenza di consenso le immagini saranno escluse, oscurate o rese non riconoscibili.</w:t>
      </w:r>
    </w:p>
    <w:p w14:paraId="4FF66CBA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Destinatari e divieti</w:t>
      </w:r>
    </w:p>
    <w:p w14:paraId="3BB5FFE6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Le immagini potranno essere viste da personale autorizzato, famiglie destinatarie nei casi consentiti, fotografo o soggetti esterni autorizzati per specifici progetti. I destinatari non possono inoltrare, pubblicare, diffondere o condividere con terzi foto e video ricevuti, salvo autonomo consenso degli interessati o degli esercenti la responsabilità genitoriale.</w:t>
      </w:r>
    </w:p>
    <w:p w14:paraId="5026FCB6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Conservazione, revoca e diritti</w:t>
      </w:r>
    </w:p>
    <w:p w14:paraId="02B9AA03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Le immagini saranno conservate per il tempo necessario alla finalità dichiarata e, ove pertinenti, per l’anno scolastico o la durata del progetto. Il consenso è facoltativo e revocabile in ogni momento, senza pregiudicare la liceità del trattamento già effettuato. Restano fermi i diritti di accesso, rettifica, cancellazione nei casi consentiti, limitazione, opposizione e reclamo.</w:t>
      </w:r>
    </w:p>
    <w:p w14:paraId="27BBEB0A" w14:textId="77777777" w:rsidR="00F2788C" w:rsidRPr="00A71C55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Le scelte sono espresse nella pagina finale: uso interno, condivisione riservata, pubblicazione esterna.</w:t>
      </w:r>
    </w:p>
    <w:p w14:paraId="2BA48F9D" w14:textId="77777777" w:rsidR="00A71C55" w:rsidRDefault="00215FB0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  <w:r w:rsidRPr="00A71C55">
        <w:rPr>
          <w:rFonts w:asciiTheme="majorHAnsi" w:hAnsiTheme="majorHAnsi" w:cstheme="majorHAnsi"/>
          <w:sz w:val="28"/>
          <w:szCs w:val="44"/>
        </w:rPr>
        <w:br w:type="page"/>
      </w:r>
    </w:p>
    <w:p w14:paraId="632656CB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50DCA501" w14:textId="77777777" w:rsidR="00A71C55" w:rsidRPr="00844D74" w:rsidRDefault="00A71C55" w:rsidP="00A71C55">
      <w:pPr>
        <w:jc w:val="center"/>
        <w:rPr>
          <w:rFonts w:ascii="Calibri" w:hAnsi="Calibri"/>
        </w:rPr>
      </w:pPr>
      <w:r w:rsidRPr="00844D74">
        <w:rPr>
          <w:rFonts w:ascii="Calibri" w:eastAsia="Times New Roman" w:hAnsi="Calibri"/>
        </w:rPr>
        <w:object w:dxaOrig="3030" w:dyaOrig="3075" w14:anchorId="22622EA7">
          <v:shape id="_x0000_i1029" type="#_x0000_t75" style="width:36.2pt;height:33.7pt" o:ole="">
            <v:imagedata r:id="rId8" o:title=""/>
          </v:shape>
          <o:OLEObject Type="Embed" ProgID="PBrush" ShapeID="_x0000_i1029" DrawAspect="Content" ObjectID="_1843119024" r:id="rId13"/>
        </w:object>
      </w:r>
    </w:p>
    <w:p w14:paraId="3BB2E97C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2"/>
          <w:lang w:val="it-IT"/>
        </w:rPr>
      </w:pPr>
      <w:r w:rsidRPr="00A71C55">
        <w:rPr>
          <w:rFonts w:ascii="Calibri" w:hAnsi="Calibri"/>
          <w:b/>
          <w:sz w:val="22"/>
          <w:lang w:val="it-IT"/>
        </w:rPr>
        <w:t>ISTITUTO COMPRENSIVO STATALE “ARTURO BENEDETTI MICHELANGELI”</w:t>
      </w:r>
    </w:p>
    <w:p w14:paraId="59B416E2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0"/>
          <w:szCs w:val="20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Alighieri ,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10 – 20084 LACCHIARELLA (MI) Cod. Meccanografico  MIIC88200X – </w:t>
      </w:r>
    </w:p>
    <w:p w14:paraId="6CDEB7F6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0"/>
          <w:szCs w:val="20"/>
          <w:u w:val="single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Cod. Fiscale 80124710155 </w:t>
      </w:r>
      <w:r w:rsidRPr="00A71C55">
        <w:rPr>
          <w:rFonts w:ascii="Calibri" w:hAnsi="Calibri"/>
          <w:sz w:val="20"/>
          <w:szCs w:val="20"/>
        </w:rPr>
        <w:sym w:font="Wingdings" w:char="0028"/>
      </w:r>
      <w:r w:rsidRPr="00A71C55">
        <w:rPr>
          <w:rFonts w:ascii="Calibri" w:hAnsi="Calibri"/>
          <w:sz w:val="20"/>
          <w:szCs w:val="20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9008096  -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</w:t>
      </w:r>
      <w:r w:rsidRPr="00A71C55">
        <w:rPr>
          <w:rFonts w:ascii="Calibri" w:hAnsi="Calibri"/>
          <w:sz w:val="20"/>
          <w:szCs w:val="20"/>
        </w:rPr>
        <w:sym w:font="Wingdings 2" w:char="0037"/>
      </w:r>
      <w:r w:rsidRPr="00A71C55">
        <w:rPr>
          <w:rFonts w:ascii="Calibri" w:hAnsi="Calibri"/>
          <w:sz w:val="20"/>
          <w:szCs w:val="20"/>
          <w:lang w:val="it-IT"/>
        </w:rPr>
        <w:t xml:space="preserve"> 02/90030428 </w:t>
      </w:r>
      <w:r w:rsidRPr="00A71C55">
        <w:rPr>
          <w:rFonts w:ascii="Calibri" w:hAnsi="Calibri"/>
          <w:b/>
          <w:sz w:val="20"/>
          <w:szCs w:val="20"/>
          <w:lang w:val="it-IT"/>
        </w:rPr>
        <w:t xml:space="preserve"> </w:t>
      </w:r>
      <w:hyperlink r:id="rId14" w:history="1">
        <w:r w:rsidRPr="00A71C55">
          <w:rPr>
            <w:rFonts w:ascii="Calibri" w:hAnsi="Calibri"/>
            <w:b/>
            <w:color w:val="0000FF"/>
            <w:sz w:val="20"/>
            <w:szCs w:val="20"/>
            <w:u w:val="single"/>
            <w:lang w:val="it-IT"/>
          </w:rPr>
          <w:t>MIIC88200X@pec.istruzione.it</w:t>
        </w:r>
      </w:hyperlink>
    </w:p>
    <w:p w14:paraId="0F5D66A8" w14:textId="77777777" w:rsidR="00A71C55" w:rsidRDefault="00A71C55" w:rsidP="00A71C55">
      <w:pPr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</w:p>
    <w:p w14:paraId="5353F11E" w14:textId="52407F38" w:rsidR="00F2788C" w:rsidRPr="00A71C55" w:rsidRDefault="00215FB0" w:rsidP="00A71C55">
      <w:pPr>
        <w:jc w:val="center"/>
        <w:rPr>
          <w:rFonts w:asciiTheme="majorHAnsi" w:hAnsiTheme="majorHAnsi" w:cstheme="majorHAnsi"/>
          <w:sz w:val="24"/>
          <w:szCs w:val="24"/>
        </w:rPr>
      </w:pPr>
      <w:r w:rsidRPr="00A71C55">
        <w:rPr>
          <w:rFonts w:asciiTheme="majorHAnsi" w:hAnsiTheme="majorHAnsi" w:cstheme="majorHAnsi"/>
          <w:b/>
          <w:sz w:val="24"/>
          <w:szCs w:val="24"/>
        </w:rPr>
        <w:t>INFORMATIVA PRIVACY ALLE FAMIGLIE – GOOGLE WORKSPACE FOR EDUCATION</w:t>
      </w:r>
    </w:p>
    <w:p w14:paraId="5655DD7F" w14:textId="77777777" w:rsidR="00F2788C" w:rsidRPr="00A71C55" w:rsidRDefault="00215FB0">
      <w:pPr>
        <w:spacing w:after="6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Redatta ai sensi degli artt. 13-15 del Regolamento UE 2016/679 (G.D.P.R.)</w:t>
      </w:r>
    </w:p>
    <w:p w14:paraId="371F238F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Introduzione</w:t>
      </w:r>
    </w:p>
    <w:p w14:paraId="40A3F74C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 xml:space="preserve">L’Istituto può attivare servizi Google Workspace for </w:t>
      </w:r>
      <w:proofErr w:type="spellStart"/>
      <w:r w:rsidRPr="00A71C55">
        <w:rPr>
          <w:rFonts w:asciiTheme="majorHAnsi" w:hAnsiTheme="majorHAnsi" w:cstheme="majorHAnsi"/>
          <w:sz w:val="24"/>
          <w:szCs w:val="24"/>
          <w:lang w:val="it-IT"/>
        </w:rPr>
        <w:t>Education</w:t>
      </w:r>
      <w:proofErr w:type="spellEnd"/>
      <w:r w:rsidRPr="00A71C55">
        <w:rPr>
          <w:rFonts w:asciiTheme="majorHAnsi" w:hAnsiTheme="majorHAnsi" w:cstheme="majorHAnsi"/>
          <w:sz w:val="24"/>
          <w:szCs w:val="24"/>
          <w:lang w:val="it-IT"/>
        </w:rPr>
        <w:t xml:space="preserve"> per supportare attività didattiche, collaborazione, comunicazioni e circolazione delle informazioni. La presente informativa integra le informative generali già rese a famiglie e alunni. Google Workspace comprende servizi principali, servizi aggiuntivi e, se autorizzate, integrazioni con app esterne.</w:t>
      </w:r>
    </w:p>
    <w:p w14:paraId="6D52E9FC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Finalità</w:t>
      </w:r>
    </w:p>
    <w:p w14:paraId="20E75E69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servizi sono utilizzati per attività didattiche, classi virtuali, archiviazione e condivisione di materiali, comunicazioni scolastiche, produzione di elaborati, esercitazioni e collaborazione tra studenti e docenti. Eventuali servizi aggiuntivi o funzionalità di intelligenza artificiale sono abilitati solo se coerenti con finalità didattiche e sotto supervisione dell’Istituto.</w:t>
      </w:r>
    </w:p>
    <w:p w14:paraId="671DB157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Dati trattati</w:t>
      </w:r>
    </w:p>
    <w:p w14:paraId="79295694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Possono essere trattati dati identificativi, credenziali, classe, contenuti didattici prodotti o caricati, messaggi, log tecnici, dati di utilizzo e informazioni necessarie alla sicurezza dell’ambiente digitale. Non devono essere inseriti dati personali non necessari o categorie particolari di dati, salvo casi strettamente necessari e autorizzati.</w:t>
      </w:r>
    </w:p>
    <w:p w14:paraId="41EB7542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Garanzie e fornitori</w:t>
      </w:r>
    </w:p>
    <w:p w14:paraId="00FE4ACF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servizi principali sono forniti da Google in qualità di responsabile del trattamento, secondo accordi contrattuali della piattaforma. Le informative e condizioni privacy del fornitore sono consultabili sui siti ufficiali Google. L’account istituzionale deve essere usato solo per attività scolastiche; l’uso personale o non riconducibile all’Istituto resta fuori dalle finalità istituzionali.</w:t>
      </w:r>
    </w:p>
    <w:p w14:paraId="368894E8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Trasferimenti e conservazione</w:t>
      </w:r>
    </w:p>
    <w:p w14:paraId="30C55A7B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L’utilizzo dei servizi può comportare trasferimenti di dati fuori dallo Spazio Economico Europeo, sulla base delle garanzie previste dalla normativa applicabile. I dati sono conservati per il tempo di attivazione dell’account e successivamente per i soli tempi necessari a continuità didattica, sicurezza, obblighi di legge o chiusura del rapporto scolastico.</w:t>
      </w:r>
    </w:p>
    <w:p w14:paraId="1E2CE997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Mancato consenso e diritti</w:t>
      </w:r>
    </w:p>
    <w:p w14:paraId="3C0A1594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mancato consenso, ove richiesto per servizi aggiuntivi, non preclude l’uso dei servizi principali necessari, ma può impedire l’accesso a funzioni non indispensabili. Restano esercitabili i diritti di accesso, rettifica, cancellazione nei casi consentiti, limitazione, opposizione, portabilità nei casi applicabili e reclamo.</w:t>
      </w:r>
    </w:p>
    <w:p w14:paraId="69EAB2CB" w14:textId="77777777" w:rsidR="00F2788C" w:rsidRPr="00A71C55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La manifestazione di consenso per eventuali servizi aggiuntivi è raccolta nella pagina finale.</w:t>
      </w:r>
    </w:p>
    <w:p w14:paraId="6BDA0264" w14:textId="77777777" w:rsidR="00F2788C" w:rsidRPr="00A71C55" w:rsidRDefault="00215FB0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br w:type="page"/>
      </w:r>
    </w:p>
    <w:p w14:paraId="360ABFCC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556CB852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46E7F901" w14:textId="77777777" w:rsidR="00A71C55" w:rsidRPr="00844D74" w:rsidRDefault="00A71C55" w:rsidP="00A71C55">
      <w:pPr>
        <w:jc w:val="center"/>
        <w:rPr>
          <w:rFonts w:ascii="Calibri" w:hAnsi="Calibri"/>
        </w:rPr>
      </w:pPr>
      <w:r w:rsidRPr="00844D74">
        <w:rPr>
          <w:rFonts w:ascii="Calibri" w:eastAsia="Times New Roman" w:hAnsi="Calibri"/>
        </w:rPr>
        <w:object w:dxaOrig="3030" w:dyaOrig="3075" w14:anchorId="0D37F04F">
          <v:shape id="_x0000_i1030" type="#_x0000_t75" style="width:36.2pt;height:33.7pt" o:ole="">
            <v:imagedata r:id="rId8" o:title=""/>
          </v:shape>
          <o:OLEObject Type="Embed" ProgID="PBrush" ShapeID="_x0000_i1030" DrawAspect="Content" ObjectID="_1843119025" r:id="rId15"/>
        </w:object>
      </w:r>
    </w:p>
    <w:p w14:paraId="4C4885B0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2"/>
          <w:lang w:val="it-IT"/>
        </w:rPr>
      </w:pPr>
      <w:r w:rsidRPr="00A71C55">
        <w:rPr>
          <w:rFonts w:ascii="Calibri" w:hAnsi="Calibri"/>
          <w:b/>
          <w:sz w:val="22"/>
          <w:lang w:val="it-IT"/>
        </w:rPr>
        <w:t>ISTITUTO COMPRENSIVO STATALE “ARTURO BENEDETTI MICHELANGELI”</w:t>
      </w:r>
    </w:p>
    <w:p w14:paraId="153D811D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0"/>
          <w:szCs w:val="20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Alighieri ,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10 – 20084 LACCHIARELLA (MI) Cod. Meccanografico  MIIC88200X – </w:t>
      </w:r>
    </w:p>
    <w:p w14:paraId="738EF6A5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0"/>
          <w:szCs w:val="20"/>
          <w:u w:val="single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Cod. Fiscale 80124710155 </w:t>
      </w:r>
      <w:r w:rsidRPr="00A71C55">
        <w:rPr>
          <w:rFonts w:ascii="Calibri" w:hAnsi="Calibri"/>
          <w:sz w:val="20"/>
          <w:szCs w:val="20"/>
        </w:rPr>
        <w:sym w:font="Wingdings" w:char="0028"/>
      </w:r>
      <w:r w:rsidRPr="00A71C55">
        <w:rPr>
          <w:rFonts w:ascii="Calibri" w:hAnsi="Calibri"/>
          <w:sz w:val="20"/>
          <w:szCs w:val="20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9008096  -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</w:t>
      </w:r>
      <w:r w:rsidRPr="00A71C55">
        <w:rPr>
          <w:rFonts w:ascii="Calibri" w:hAnsi="Calibri"/>
          <w:sz w:val="20"/>
          <w:szCs w:val="20"/>
        </w:rPr>
        <w:sym w:font="Wingdings 2" w:char="0037"/>
      </w:r>
      <w:r w:rsidRPr="00A71C55">
        <w:rPr>
          <w:rFonts w:ascii="Calibri" w:hAnsi="Calibri"/>
          <w:sz w:val="20"/>
          <w:szCs w:val="20"/>
          <w:lang w:val="it-IT"/>
        </w:rPr>
        <w:t xml:space="preserve"> 02/90030428 </w:t>
      </w:r>
      <w:r w:rsidRPr="00A71C55">
        <w:rPr>
          <w:rFonts w:ascii="Calibri" w:hAnsi="Calibri"/>
          <w:b/>
          <w:sz w:val="20"/>
          <w:szCs w:val="20"/>
          <w:lang w:val="it-IT"/>
        </w:rPr>
        <w:t xml:space="preserve"> </w:t>
      </w:r>
      <w:hyperlink r:id="rId16" w:history="1">
        <w:r w:rsidRPr="00A71C55">
          <w:rPr>
            <w:rFonts w:ascii="Calibri" w:hAnsi="Calibri"/>
            <w:b/>
            <w:color w:val="0000FF"/>
            <w:sz w:val="20"/>
            <w:szCs w:val="20"/>
            <w:u w:val="single"/>
            <w:lang w:val="it-IT"/>
          </w:rPr>
          <w:t>MIIC88200X@pec.istruzione.it</w:t>
        </w:r>
      </w:hyperlink>
    </w:p>
    <w:p w14:paraId="615CFF54" w14:textId="77777777" w:rsidR="00A71C55" w:rsidRDefault="00A71C55">
      <w:pPr>
        <w:spacing w:after="0" w:line="216" w:lineRule="auto"/>
        <w:jc w:val="center"/>
        <w:rPr>
          <w:rFonts w:asciiTheme="majorHAnsi" w:hAnsiTheme="majorHAnsi" w:cstheme="majorHAnsi"/>
          <w:b/>
          <w:sz w:val="44"/>
          <w:szCs w:val="44"/>
          <w:lang w:val="it-IT"/>
        </w:rPr>
      </w:pPr>
    </w:p>
    <w:p w14:paraId="259A9EB5" w14:textId="4E991239" w:rsidR="00F2788C" w:rsidRPr="00A71C55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A71C55">
        <w:rPr>
          <w:rFonts w:asciiTheme="majorHAnsi" w:hAnsiTheme="majorHAnsi" w:cstheme="majorHAnsi"/>
          <w:b/>
          <w:sz w:val="28"/>
          <w:szCs w:val="28"/>
          <w:lang w:val="it-IT"/>
        </w:rPr>
        <w:t>INFORMATIVA PRIVACY ALLE FAMIGLIE – UTILIZZO APP DI TERZE PARTI</w:t>
      </w:r>
    </w:p>
    <w:p w14:paraId="37C73A48" w14:textId="77777777" w:rsidR="00F2788C" w:rsidRPr="00A71C55" w:rsidRDefault="00215FB0">
      <w:pPr>
        <w:spacing w:after="60" w:line="216" w:lineRule="auto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A71C55">
        <w:rPr>
          <w:rFonts w:asciiTheme="majorHAnsi" w:hAnsiTheme="majorHAnsi" w:cstheme="majorHAnsi"/>
          <w:b/>
          <w:sz w:val="28"/>
          <w:szCs w:val="28"/>
          <w:lang w:val="it-IT"/>
        </w:rPr>
        <w:t>Redatta ai sensi degli artt. 13-15 del Regolamento UE 2016/679 (G.D.P.R.)</w:t>
      </w:r>
    </w:p>
    <w:p w14:paraId="71139C4B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Introduzione</w:t>
      </w:r>
    </w:p>
    <w:p w14:paraId="185FD5AC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L’Istituto può utilizzare applicazioni e servizi di terze parti, anche integrati con account istituzionale, per specifiche attività didattiche. Le app non sono parte integrante dell’Istituto e sono disciplinate da proprie condizioni d’uso e informative privacy.</w:t>
      </w:r>
    </w:p>
    <w:p w14:paraId="2F94D4AB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Finalità</w:t>
      </w:r>
    </w:p>
    <w:p w14:paraId="7BAF6BE6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Le app possono consentire esercitazioni, quiz, creazione di contenuti, presentazioni, mappe, modellazione, coding, attività multimediali, strumenti collaborativi, attività inclusive e progetti didattici. Le app sono autorizzate dall’Istituto e utilizzate secondo indicazioni dei docenti, nel rispetto di minimizzazione, pertinenza e supervisione educativa.</w:t>
      </w:r>
    </w:p>
    <w:p w14:paraId="13CB5736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Dati trattati e fornitori</w:t>
      </w:r>
    </w:p>
    <w:p w14:paraId="7ADD6172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A seconda dell’app possono essere trattati dati identificativi, account, classe, contenuti prodotti o caricati, risultati di attività didattiche, dati tecnici e log. Il fornitore può operare come responsabile del trattamento o come titolare autonomo secondo le condizioni applicabili. Le privacy policy delle app utilizzate sono rese disponibili dall’Istituto tramite elenco aggiornato o link dedicato.</w:t>
      </w:r>
    </w:p>
    <w:p w14:paraId="19F04069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Intelligenza artificiale</w:t>
      </w:r>
    </w:p>
    <w:p w14:paraId="30E3C87F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Qualora le app includano funzionalità di intelligenza artificiale, esse sono utilizzate solo per finalità didattiche e organizzative autorizzate, con supervisione umana. È vietato inserire dati personali non necessari, dati sanitari o altri dati particolari in strumenti non espressamente autorizzati dall’Istituto.</w:t>
      </w:r>
    </w:p>
    <w:p w14:paraId="2D8F8D80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Comunicazione, trasferimenti e conservazione</w:t>
      </w:r>
    </w:p>
    <w:p w14:paraId="77342769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contenuti creati o caricati potranno essere condivisi nel gruppo classe per finalità didattiche, secondo impostazioni e indicazioni dell’Istituto. Alcuni fornitori possono trattare dati fuori dallo Spazio Economico Europeo; in tal caso il trattamento avviene sulla base delle garanzie previste dalla normativa. I dati sono conservati per il tempo necessario alle attività didattiche e alla gestione dell’account o del progetto.</w:t>
      </w:r>
    </w:p>
    <w:p w14:paraId="26D8E507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Mancato consenso e diritti</w:t>
      </w:r>
    </w:p>
    <w:p w14:paraId="69D6F703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In caso di mancato consenso, ove richiesto per creazione account o uso dell’app, l’alunno potrà utilizzare strumenti alternativi messi a disposizione dall’Istituto, salvo impossibilità tecnica o organizzativa della specifica attività. Restano esercitabili i diritti previsti dal GDPR e il diritto di reclamo.</w:t>
      </w:r>
    </w:p>
    <w:p w14:paraId="76CF1424" w14:textId="77777777" w:rsidR="00F2788C" w:rsidRPr="00A71C55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La scelta relativa all’utilizzo di app di terze parti è raccolta nella pagina finale.</w:t>
      </w:r>
    </w:p>
    <w:p w14:paraId="0144920F" w14:textId="77777777" w:rsidR="00F2788C" w:rsidRPr="00A71C55" w:rsidRDefault="00215FB0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br w:type="page"/>
      </w:r>
    </w:p>
    <w:p w14:paraId="3860F149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7A155BC7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206ECE77" w14:textId="77777777" w:rsidR="00A71C55" w:rsidRPr="00A71C55" w:rsidRDefault="00A71C55" w:rsidP="00A71C55">
      <w:pPr>
        <w:jc w:val="center"/>
        <w:rPr>
          <w:rFonts w:ascii="Calibri" w:hAnsi="Calibri"/>
          <w:sz w:val="20"/>
          <w:szCs w:val="20"/>
        </w:rPr>
      </w:pPr>
      <w:r w:rsidRPr="00A71C55">
        <w:rPr>
          <w:rFonts w:ascii="Calibri" w:eastAsia="Times New Roman" w:hAnsi="Calibri"/>
          <w:sz w:val="20"/>
          <w:szCs w:val="20"/>
        </w:rPr>
        <w:object w:dxaOrig="3030" w:dyaOrig="3075" w14:anchorId="4E6FF6EE">
          <v:shape id="_x0000_i1031" type="#_x0000_t75" style="width:36.2pt;height:33.7pt" o:ole="">
            <v:imagedata r:id="rId8" o:title=""/>
          </v:shape>
          <o:OLEObject Type="Embed" ProgID="PBrush" ShapeID="_x0000_i1031" DrawAspect="Content" ObjectID="_1843119026" r:id="rId17"/>
        </w:object>
      </w:r>
    </w:p>
    <w:p w14:paraId="55F377BB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0"/>
          <w:szCs w:val="20"/>
          <w:lang w:val="it-IT"/>
        </w:rPr>
      </w:pPr>
      <w:r w:rsidRPr="00A71C55">
        <w:rPr>
          <w:rFonts w:ascii="Calibri" w:hAnsi="Calibri"/>
          <w:b/>
          <w:sz w:val="20"/>
          <w:szCs w:val="20"/>
          <w:lang w:val="it-IT"/>
        </w:rPr>
        <w:t>ISTITUTO COMPRENSIVO STATALE “ARTURO BENEDETTI MICHELANGELI”</w:t>
      </w:r>
    </w:p>
    <w:p w14:paraId="78452C3A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0"/>
          <w:szCs w:val="20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Alighieri ,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10 – 20084 LACCHIARELLA (MI) Cod. Meccanografico  MIIC88200X – </w:t>
      </w:r>
    </w:p>
    <w:p w14:paraId="10BEB179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0"/>
          <w:szCs w:val="20"/>
          <w:u w:val="single"/>
          <w:lang w:val="it-IT"/>
        </w:rPr>
      </w:pPr>
      <w:r w:rsidRPr="00A71C55">
        <w:rPr>
          <w:rFonts w:ascii="Calibri" w:hAnsi="Calibri"/>
          <w:sz w:val="20"/>
          <w:szCs w:val="20"/>
          <w:lang w:val="it-IT"/>
        </w:rPr>
        <w:t xml:space="preserve">Cod. Fiscale 80124710155 </w:t>
      </w:r>
      <w:r w:rsidRPr="00A71C55">
        <w:rPr>
          <w:rFonts w:ascii="Calibri" w:hAnsi="Calibri"/>
          <w:sz w:val="20"/>
          <w:szCs w:val="20"/>
        </w:rPr>
        <w:sym w:font="Wingdings" w:char="0028"/>
      </w:r>
      <w:r w:rsidRPr="00A71C55">
        <w:rPr>
          <w:rFonts w:ascii="Calibri" w:hAnsi="Calibri"/>
          <w:sz w:val="20"/>
          <w:szCs w:val="20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0"/>
          <w:szCs w:val="20"/>
          <w:lang w:val="it-IT"/>
        </w:rPr>
        <w:t>9008096  -</w:t>
      </w:r>
      <w:proofErr w:type="gramEnd"/>
      <w:r w:rsidRPr="00A71C55">
        <w:rPr>
          <w:rFonts w:ascii="Calibri" w:hAnsi="Calibri"/>
          <w:sz w:val="20"/>
          <w:szCs w:val="20"/>
          <w:lang w:val="it-IT"/>
        </w:rPr>
        <w:t xml:space="preserve"> </w:t>
      </w:r>
      <w:r w:rsidRPr="00A71C55">
        <w:rPr>
          <w:rFonts w:ascii="Calibri" w:hAnsi="Calibri"/>
          <w:sz w:val="20"/>
          <w:szCs w:val="20"/>
        </w:rPr>
        <w:sym w:font="Wingdings 2" w:char="0037"/>
      </w:r>
      <w:r w:rsidRPr="00A71C55">
        <w:rPr>
          <w:rFonts w:ascii="Calibri" w:hAnsi="Calibri"/>
          <w:sz w:val="20"/>
          <w:szCs w:val="20"/>
          <w:lang w:val="it-IT"/>
        </w:rPr>
        <w:t xml:space="preserve"> 02/90030428 </w:t>
      </w:r>
      <w:r w:rsidRPr="00A71C55">
        <w:rPr>
          <w:rFonts w:ascii="Calibri" w:hAnsi="Calibri"/>
          <w:b/>
          <w:sz w:val="20"/>
          <w:szCs w:val="20"/>
          <w:lang w:val="it-IT"/>
        </w:rPr>
        <w:t xml:space="preserve"> </w:t>
      </w:r>
      <w:hyperlink r:id="rId18" w:history="1">
        <w:r w:rsidRPr="00A71C55">
          <w:rPr>
            <w:rFonts w:ascii="Calibri" w:hAnsi="Calibri"/>
            <w:b/>
            <w:color w:val="0000FF"/>
            <w:sz w:val="20"/>
            <w:szCs w:val="20"/>
            <w:u w:val="single"/>
            <w:lang w:val="it-IT"/>
          </w:rPr>
          <w:t>MIIC88200X@pec.istruzione.it</w:t>
        </w:r>
      </w:hyperlink>
    </w:p>
    <w:p w14:paraId="061B5096" w14:textId="77777777" w:rsidR="00A71C55" w:rsidRDefault="00A71C55">
      <w:pPr>
        <w:spacing w:after="0" w:line="216" w:lineRule="auto"/>
        <w:jc w:val="center"/>
        <w:rPr>
          <w:rFonts w:asciiTheme="majorHAnsi" w:hAnsiTheme="majorHAnsi" w:cstheme="majorHAnsi"/>
          <w:b/>
          <w:sz w:val="44"/>
          <w:szCs w:val="44"/>
          <w:lang w:val="it-IT"/>
        </w:rPr>
      </w:pPr>
    </w:p>
    <w:p w14:paraId="3EA3E8FF" w14:textId="7EAB20EE" w:rsidR="00F2788C" w:rsidRPr="00FB146C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44"/>
          <w:szCs w:val="44"/>
          <w:lang w:val="it-IT"/>
        </w:rPr>
        <w:t>INFORMATIVA PRIVACY ALLE FAMIGLIE – MODULI ONLINE / GOOGLE FORM</w:t>
      </w:r>
    </w:p>
    <w:p w14:paraId="312E442C" w14:textId="77777777" w:rsidR="00F2788C" w:rsidRPr="00A71C55" w:rsidRDefault="00215FB0">
      <w:pPr>
        <w:spacing w:after="6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Redatta ai sensi degli artt. 13-15 del Regolamento UE 2016/679 (G.D.P.R.)</w:t>
      </w:r>
    </w:p>
    <w:p w14:paraId="56FA2081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Introduzione e ambito</w:t>
      </w:r>
    </w:p>
    <w:p w14:paraId="54BDCA81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L’Istituto può utilizzare moduli online, inclusi Google Form o strumenti equivalenti dell’ambiente digitale istituzionale, per raccogliere dati necessari a iniziative scolastiche, adesioni, autorizzazioni, iscrizioni a eventi, questionari organizzativi e comunicazioni connesse alle attività dichiarate.</w:t>
      </w:r>
    </w:p>
    <w:p w14:paraId="100EA84F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Finalità e base giuridica</w:t>
      </w:r>
    </w:p>
    <w:p w14:paraId="1D5B9254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raccolti sono trattati esclusivamente per gestione dell’iniziativa, organizzazione logistica, verifica delle adesioni, predisposizione di misure di accessibilità/supporto ove richieste e comunicazioni connesse. Il trattamento avviene, di norma, per compiti di interesse pubblico e funzioni istituzionali dell’Istituto. Ogni modulo deve indicare finalità specifica, dati richiesti e tempi di conservazione.</w:t>
      </w:r>
    </w:p>
    <w:p w14:paraId="5D0959C2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Dati trattati</w:t>
      </w:r>
    </w:p>
    <w:p w14:paraId="4AC55EFD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Possono essere raccolti nome, cognome, classe, recapiti, scelta/adesione, eventuali esigenze organizzative e ulteriori dati strettamente necessari. Non devono essere richiesti dati eccedenti; eventuali dati particolari, ad esempio salute o disabilità, possono essere raccolti solo se indispensabili per garantire partecipazione, sicurezza o inclusione.</w:t>
      </w:r>
    </w:p>
    <w:p w14:paraId="10D9DEE3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Modalità e accessi</w:t>
      </w:r>
    </w:p>
    <w:p w14:paraId="11486F2D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trattamento avviene con strumenti informatici e telematici, tramite account o ambiente istituzionale, con accesso limitato al personale autorizzato coinvolto nell’iniziativa. Non è prevista diffusione dei dati. Il fornitore della piattaforma opera secondo le condizioni contrattuali applicabili e, ove previsto, come responsabile del trattamento.</w:t>
      </w:r>
    </w:p>
    <w:p w14:paraId="22DDDA7B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Conservazione</w:t>
      </w:r>
    </w:p>
    <w:p w14:paraId="34135EF3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sono conservati per il tempo strettamente necessario alla gestione dell’iniziativa e comunque non oltre il termine delle attività organizzative connesse, salvo obblighi di legge, rendicontazione, sicurezza o tutela giuridica dell’Istituto.</w:t>
      </w:r>
    </w:p>
    <w:p w14:paraId="662E67F1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Mancato conferimento e diritti</w:t>
      </w:r>
    </w:p>
    <w:p w14:paraId="1D567653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conferimento dei dati richiesti è necessario per consentire la partecipazione o la gestione della richiesta; il mancato conferimento può impedire di dare seguito all’adesione. Restano esercitabili i diritti di accesso, rettifica, cancellazione nei casi consentiti, limitazione, opposizione e reclamo.</w:t>
      </w:r>
    </w:p>
    <w:p w14:paraId="5E9DD58E" w14:textId="77777777" w:rsidR="00A71C55" w:rsidRDefault="00A71C55">
      <w:pPr>
        <w:spacing w:before="40" w:after="0" w:line="216" w:lineRule="auto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</w:p>
    <w:p w14:paraId="1906059A" w14:textId="51164690" w:rsidR="00F2788C" w:rsidRPr="00A71C55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La famiglia prende visione dell’uso di moduli online nella pagina finale; eventuali consensi specifici saranno raccolti nel singolo modulo quando necessari.</w:t>
      </w:r>
    </w:p>
    <w:p w14:paraId="1711A84F" w14:textId="77777777" w:rsidR="00F2788C" w:rsidRPr="00A71C55" w:rsidRDefault="00215FB0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br w:type="page"/>
      </w:r>
    </w:p>
    <w:p w14:paraId="748F1A60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30F3C711" w14:textId="77777777" w:rsidR="00A71C55" w:rsidRP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1328AA20" w14:textId="77777777" w:rsidR="00A71C55" w:rsidRPr="00A71C55" w:rsidRDefault="00A71C55" w:rsidP="00A71C55">
      <w:pPr>
        <w:jc w:val="center"/>
        <w:rPr>
          <w:rFonts w:ascii="Calibri" w:hAnsi="Calibri"/>
          <w:sz w:val="22"/>
        </w:rPr>
      </w:pPr>
      <w:r w:rsidRPr="00A71C55">
        <w:rPr>
          <w:rFonts w:ascii="Calibri" w:eastAsia="Times New Roman" w:hAnsi="Calibri"/>
          <w:sz w:val="22"/>
        </w:rPr>
        <w:object w:dxaOrig="3030" w:dyaOrig="3075" w14:anchorId="5BE17D41">
          <v:shape id="_x0000_i1034" type="#_x0000_t75" style="width:36.2pt;height:33.7pt" o:ole="">
            <v:imagedata r:id="rId8" o:title=""/>
          </v:shape>
          <o:OLEObject Type="Embed" ProgID="PBrush" ShapeID="_x0000_i1034" DrawAspect="Content" ObjectID="_1843119027" r:id="rId19"/>
        </w:object>
      </w:r>
    </w:p>
    <w:p w14:paraId="1A134407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2"/>
          <w:lang w:val="it-IT"/>
        </w:rPr>
      </w:pPr>
      <w:r w:rsidRPr="00A71C55">
        <w:rPr>
          <w:rFonts w:ascii="Calibri" w:hAnsi="Calibri"/>
          <w:b/>
          <w:sz w:val="22"/>
          <w:lang w:val="it-IT"/>
        </w:rPr>
        <w:t>ISTITUTO COMPRENSIVO STATALE “ARTURO BENEDETTI MICHELANGELI”</w:t>
      </w:r>
    </w:p>
    <w:p w14:paraId="70256F12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2"/>
          <w:lang w:val="it-IT"/>
        </w:rPr>
      </w:pPr>
      <w:r w:rsidRPr="00A71C55">
        <w:rPr>
          <w:rFonts w:ascii="Calibri" w:hAnsi="Calibri"/>
          <w:sz w:val="22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2"/>
          <w:lang w:val="it-IT"/>
        </w:rPr>
        <w:t>Alighieri ,</w:t>
      </w:r>
      <w:proofErr w:type="gramEnd"/>
      <w:r w:rsidRPr="00A71C55">
        <w:rPr>
          <w:rFonts w:ascii="Calibri" w:hAnsi="Calibri"/>
          <w:sz w:val="22"/>
          <w:lang w:val="it-IT"/>
        </w:rPr>
        <w:t xml:space="preserve"> 10 – 20084 LACCHIARELLA (MI) Cod. Meccanografico  MIIC88200X – </w:t>
      </w:r>
    </w:p>
    <w:p w14:paraId="6722FE06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2"/>
          <w:u w:val="single"/>
          <w:lang w:val="it-IT"/>
        </w:rPr>
      </w:pPr>
      <w:r w:rsidRPr="00A71C55">
        <w:rPr>
          <w:rFonts w:ascii="Calibri" w:hAnsi="Calibri"/>
          <w:sz w:val="22"/>
          <w:lang w:val="it-IT"/>
        </w:rPr>
        <w:t xml:space="preserve">Cod. Fiscale 80124710155 </w:t>
      </w:r>
      <w:r w:rsidRPr="00A71C55">
        <w:rPr>
          <w:rFonts w:ascii="Calibri" w:hAnsi="Calibri"/>
          <w:sz w:val="22"/>
        </w:rPr>
        <w:sym w:font="Wingdings" w:char="0028"/>
      </w:r>
      <w:r w:rsidRPr="00A71C55">
        <w:rPr>
          <w:rFonts w:ascii="Calibri" w:hAnsi="Calibri"/>
          <w:sz w:val="22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2"/>
          <w:lang w:val="it-IT"/>
        </w:rPr>
        <w:t>9008096  -</w:t>
      </w:r>
      <w:proofErr w:type="gramEnd"/>
      <w:r w:rsidRPr="00A71C55">
        <w:rPr>
          <w:rFonts w:ascii="Calibri" w:hAnsi="Calibri"/>
          <w:sz w:val="22"/>
          <w:lang w:val="it-IT"/>
        </w:rPr>
        <w:t xml:space="preserve"> </w:t>
      </w:r>
      <w:r w:rsidRPr="00A71C55">
        <w:rPr>
          <w:rFonts w:ascii="Calibri" w:hAnsi="Calibri"/>
          <w:sz w:val="22"/>
        </w:rPr>
        <w:sym w:font="Wingdings 2" w:char="0037"/>
      </w:r>
      <w:r w:rsidRPr="00A71C55">
        <w:rPr>
          <w:rFonts w:ascii="Calibri" w:hAnsi="Calibri"/>
          <w:sz w:val="22"/>
          <w:lang w:val="it-IT"/>
        </w:rPr>
        <w:t xml:space="preserve"> 02/90030428 </w:t>
      </w:r>
      <w:r w:rsidRPr="00A71C55">
        <w:rPr>
          <w:rFonts w:ascii="Calibri" w:hAnsi="Calibri"/>
          <w:b/>
          <w:sz w:val="22"/>
          <w:lang w:val="it-IT"/>
        </w:rPr>
        <w:t xml:space="preserve"> </w:t>
      </w:r>
      <w:hyperlink r:id="rId20" w:history="1">
        <w:r w:rsidRPr="00A71C55">
          <w:rPr>
            <w:rFonts w:ascii="Calibri" w:hAnsi="Calibri"/>
            <w:b/>
            <w:color w:val="0000FF"/>
            <w:sz w:val="22"/>
            <w:u w:val="single"/>
            <w:lang w:val="it-IT"/>
          </w:rPr>
          <w:t>MIIC88200X@pec.istruzione.it</w:t>
        </w:r>
      </w:hyperlink>
    </w:p>
    <w:p w14:paraId="4BFEBA51" w14:textId="77777777" w:rsidR="00A71C55" w:rsidRDefault="00A71C55">
      <w:pPr>
        <w:spacing w:after="0" w:line="216" w:lineRule="auto"/>
        <w:jc w:val="center"/>
        <w:rPr>
          <w:rFonts w:asciiTheme="majorHAnsi" w:hAnsiTheme="majorHAnsi" w:cstheme="majorHAnsi"/>
          <w:b/>
          <w:sz w:val="44"/>
          <w:szCs w:val="44"/>
          <w:lang w:val="it-IT"/>
        </w:rPr>
      </w:pPr>
    </w:p>
    <w:p w14:paraId="1B729D7E" w14:textId="44780904" w:rsidR="00F2788C" w:rsidRPr="00FB146C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44"/>
          <w:szCs w:val="44"/>
          <w:lang w:val="it-IT"/>
        </w:rPr>
        <w:t>INFORMATIVA PRIVACY ALLE FAMIGLIE – RECAPITI E DATI PER EMERGENZE</w:t>
      </w:r>
    </w:p>
    <w:p w14:paraId="1710A67E" w14:textId="77777777" w:rsidR="00F2788C" w:rsidRPr="00FB146C" w:rsidRDefault="00215FB0">
      <w:pPr>
        <w:spacing w:after="6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28"/>
          <w:szCs w:val="44"/>
          <w:lang w:val="it-IT"/>
        </w:rPr>
        <w:t>Redatta ai sensi degli artt. 13-15 del Regolamento UE 2016/679 (G.D.P.R.)</w:t>
      </w:r>
    </w:p>
    <w:p w14:paraId="74D000B1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Finalità</w:t>
      </w:r>
    </w:p>
    <w:p w14:paraId="6AB78D18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L’Istituto richiede e aggiorna dati anagrafici e recapiti telefonici/email dei genitori/tutori e, se indicati, di parenti o persone di fiducia, per comunicazioni scolastiche, gestione ordinaria del rapporto, sicurezza, emergenze, assenze, uscite, necessità sanitarie immediate e contatti urgenti.</w:t>
      </w:r>
    </w:p>
    <w:p w14:paraId="1EACC93B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Dati trattati</w:t>
      </w:r>
    </w:p>
    <w:p w14:paraId="65B0AB68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Sono trattati dati identificativi dell’alunno/a, classe, plesso, indirizzo, telefono fisso, cellulari, email dei genitori/tutori e recapiti di persone di fiducia indicate dalla famiglia. La famiglia deve indicare recapiti aggiornati, pertinenti e riferiti a persone effettivamente contattabili in caso di necessità.</w:t>
      </w:r>
    </w:p>
    <w:p w14:paraId="45AC9FDB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Base giuridica e obbligatorietà</w:t>
      </w:r>
    </w:p>
    <w:p w14:paraId="0A7D5DB1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trattamento è necessario per compiti di interesse pubblico, obblighi scolastici, sicurezza degli alunni e corretta gestione del servizio. Il mancato, parziale o inesatto conferimento può impedire comunicazioni tempestive e gestione adeguata di emergenze o necessità organizzative.</w:t>
      </w:r>
    </w:p>
    <w:p w14:paraId="06800D92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Destinatari</w:t>
      </w:r>
    </w:p>
    <w:p w14:paraId="79954B57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sono trattati da segreteria, docenti, coordinatori, collaboratori e personale autorizzato. Potranno essere comunicati, solo se necessario, a servizi sanitari, autorità competenti, enti coinvolti nell’emergenza o soggetti istituzionali previsti dalla normativa. Non è prevista diffusione.</w:t>
      </w:r>
    </w:p>
    <w:p w14:paraId="6F78365F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Persone di fiducia indicate dalla famiglia</w:t>
      </w:r>
    </w:p>
    <w:p w14:paraId="71CADEC2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Quando vengono forniti recapiti di terzi, la famiglia dichiara di averli indicati per finalità scolastiche ed emergenziali e di aver informato tali persone dell’eventuale contatto da parte dell’Istituto.</w:t>
      </w:r>
    </w:p>
    <w:p w14:paraId="0ED0A93F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Conservazione e aggiornamento</w:t>
      </w:r>
    </w:p>
    <w:p w14:paraId="75F99799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sono conservati per il tempo di iscrizione e poi per i periodi necessari agli obblighi di legge. La famiglia è tenuta a comunicare tempestivamente variazioni di residenza, telefono, email, responsabilità genitoriale o persone autorizzate al contatto.</w:t>
      </w:r>
    </w:p>
    <w:p w14:paraId="0339ADE4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Diritti</w:t>
      </w:r>
    </w:p>
    <w:p w14:paraId="56D0A71E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Restano esercitabili i diritti di accesso, rettifica, cancellazione nei casi consentiti, limitazione, opposizione e reclamo.</w:t>
      </w:r>
    </w:p>
    <w:p w14:paraId="1DA818F2" w14:textId="77777777" w:rsidR="00F2788C" w:rsidRPr="00A71C55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La conferma dei recapiti e la presa visione dell’informativa sono raccolte nella pagina finale.</w:t>
      </w:r>
    </w:p>
    <w:p w14:paraId="54D1CDBC" w14:textId="77777777" w:rsidR="00F2788C" w:rsidRPr="00FB146C" w:rsidRDefault="00215FB0">
      <w:pPr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sz w:val="28"/>
          <w:szCs w:val="44"/>
          <w:lang w:val="it-IT"/>
        </w:rPr>
        <w:br w:type="page"/>
      </w:r>
    </w:p>
    <w:p w14:paraId="7CFE75C3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48F8AAC2" w14:textId="77777777" w:rsidR="00A71C55" w:rsidRDefault="00A71C55" w:rsidP="00A71C55">
      <w:pPr>
        <w:spacing w:after="0" w:line="216" w:lineRule="auto"/>
        <w:jc w:val="center"/>
        <w:rPr>
          <w:rFonts w:asciiTheme="majorHAnsi" w:hAnsiTheme="majorHAnsi" w:cstheme="majorHAnsi"/>
          <w:b/>
          <w:sz w:val="22"/>
          <w:lang w:val="it-IT"/>
        </w:rPr>
      </w:pPr>
    </w:p>
    <w:p w14:paraId="06BBA421" w14:textId="77777777" w:rsidR="00A71C55" w:rsidRPr="00A71C55" w:rsidRDefault="00A71C55" w:rsidP="00A71C55">
      <w:pPr>
        <w:jc w:val="center"/>
        <w:rPr>
          <w:rFonts w:ascii="Calibri" w:hAnsi="Calibri"/>
          <w:sz w:val="22"/>
        </w:rPr>
      </w:pPr>
      <w:r w:rsidRPr="00A71C55">
        <w:rPr>
          <w:rFonts w:ascii="Calibri" w:eastAsia="Times New Roman" w:hAnsi="Calibri"/>
          <w:sz w:val="22"/>
        </w:rPr>
        <w:object w:dxaOrig="3030" w:dyaOrig="3075" w14:anchorId="25926A23">
          <v:shape id="_x0000_i1036" type="#_x0000_t75" style="width:36.2pt;height:33.7pt" o:ole="">
            <v:imagedata r:id="rId8" o:title=""/>
          </v:shape>
          <o:OLEObject Type="Embed" ProgID="PBrush" ShapeID="_x0000_i1036" DrawAspect="Content" ObjectID="_1843119028" r:id="rId21"/>
        </w:object>
      </w:r>
    </w:p>
    <w:p w14:paraId="67943CAF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sz w:val="22"/>
          <w:lang w:val="it-IT"/>
        </w:rPr>
      </w:pPr>
      <w:r w:rsidRPr="00A71C55">
        <w:rPr>
          <w:rFonts w:ascii="Calibri" w:hAnsi="Calibri"/>
          <w:b/>
          <w:sz w:val="22"/>
          <w:lang w:val="it-IT"/>
        </w:rPr>
        <w:t>ISTITUTO COMPRENSIVO STATALE “ARTURO BENEDETTI MICHELANGELI”</w:t>
      </w:r>
    </w:p>
    <w:p w14:paraId="3CE8F658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sz w:val="22"/>
          <w:lang w:val="it-IT"/>
        </w:rPr>
      </w:pPr>
      <w:r w:rsidRPr="00A71C55">
        <w:rPr>
          <w:rFonts w:ascii="Calibri" w:hAnsi="Calibri"/>
          <w:sz w:val="22"/>
          <w:lang w:val="it-IT"/>
        </w:rPr>
        <w:t xml:space="preserve">Via Dante </w:t>
      </w:r>
      <w:proofErr w:type="gramStart"/>
      <w:r w:rsidRPr="00A71C55">
        <w:rPr>
          <w:rFonts w:ascii="Calibri" w:hAnsi="Calibri"/>
          <w:sz w:val="22"/>
          <w:lang w:val="it-IT"/>
        </w:rPr>
        <w:t>Alighieri ,</w:t>
      </w:r>
      <w:proofErr w:type="gramEnd"/>
      <w:r w:rsidRPr="00A71C55">
        <w:rPr>
          <w:rFonts w:ascii="Calibri" w:hAnsi="Calibri"/>
          <w:sz w:val="22"/>
          <w:lang w:val="it-IT"/>
        </w:rPr>
        <w:t xml:space="preserve"> 10 – 20084 LACCHIARELLA (MI) Cod. Meccanografico  MIIC88200X – </w:t>
      </w:r>
    </w:p>
    <w:p w14:paraId="503F4F9B" w14:textId="77777777" w:rsidR="00A71C55" w:rsidRPr="00A71C55" w:rsidRDefault="00A71C55" w:rsidP="00A71C55">
      <w:pPr>
        <w:spacing w:after="0" w:line="240" w:lineRule="auto"/>
        <w:jc w:val="center"/>
        <w:rPr>
          <w:rFonts w:ascii="Calibri" w:hAnsi="Calibri"/>
          <w:b/>
          <w:color w:val="0000FF"/>
          <w:sz w:val="22"/>
          <w:u w:val="single"/>
          <w:lang w:val="it-IT"/>
        </w:rPr>
      </w:pPr>
      <w:r w:rsidRPr="00A71C55">
        <w:rPr>
          <w:rFonts w:ascii="Calibri" w:hAnsi="Calibri"/>
          <w:sz w:val="22"/>
          <w:lang w:val="it-IT"/>
        </w:rPr>
        <w:t xml:space="preserve">Cod. Fiscale 80124710155 </w:t>
      </w:r>
      <w:r w:rsidRPr="00A71C55">
        <w:rPr>
          <w:rFonts w:ascii="Calibri" w:hAnsi="Calibri"/>
          <w:sz w:val="22"/>
        </w:rPr>
        <w:sym w:font="Wingdings" w:char="0028"/>
      </w:r>
      <w:r w:rsidRPr="00A71C55">
        <w:rPr>
          <w:rFonts w:ascii="Calibri" w:hAnsi="Calibri"/>
          <w:sz w:val="22"/>
          <w:lang w:val="it-IT"/>
        </w:rPr>
        <w:t xml:space="preserve">  02/</w:t>
      </w:r>
      <w:proofErr w:type="gramStart"/>
      <w:r w:rsidRPr="00A71C55">
        <w:rPr>
          <w:rFonts w:ascii="Calibri" w:hAnsi="Calibri"/>
          <w:sz w:val="22"/>
          <w:lang w:val="it-IT"/>
        </w:rPr>
        <w:t>9008096  -</w:t>
      </w:r>
      <w:proofErr w:type="gramEnd"/>
      <w:r w:rsidRPr="00A71C55">
        <w:rPr>
          <w:rFonts w:ascii="Calibri" w:hAnsi="Calibri"/>
          <w:sz w:val="22"/>
          <w:lang w:val="it-IT"/>
        </w:rPr>
        <w:t xml:space="preserve"> </w:t>
      </w:r>
      <w:r w:rsidRPr="00A71C55">
        <w:rPr>
          <w:rFonts w:ascii="Calibri" w:hAnsi="Calibri"/>
          <w:sz w:val="22"/>
        </w:rPr>
        <w:sym w:font="Wingdings 2" w:char="0037"/>
      </w:r>
      <w:r w:rsidRPr="00A71C55">
        <w:rPr>
          <w:rFonts w:ascii="Calibri" w:hAnsi="Calibri"/>
          <w:sz w:val="22"/>
          <w:lang w:val="it-IT"/>
        </w:rPr>
        <w:t xml:space="preserve"> 02/90030428 </w:t>
      </w:r>
      <w:r w:rsidRPr="00A71C55">
        <w:rPr>
          <w:rFonts w:ascii="Calibri" w:hAnsi="Calibri"/>
          <w:b/>
          <w:sz w:val="22"/>
          <w:lang w:val="it-IT"/>
        </w:rPr>
        <w:t xml:space="preserve"> </w:t>
      </w:r>
      <w:hyperlink r:id="rId22" w:history="1">
        <w:r w:rsidRPr="00A71C55">
          <w:rPr>
            <w:rFonts w:ascii="Calibri" w:hAnsi="Calibri"/>
            <w:b/>
            <w:color w:val="0000FF"/>
            <w:sz w:val="22"/>
            <w:u w:val="single"/>
            <w:lang w:val="it-IT"/>
          </w:rPr>
          <w:t>MIIC88200X@pec.istruzione.it</w:t>
        </w:r>
      </w:hyperlink>
    </w:p>
    <w:p w14:paraId="134C9B84" w14:textId="77777777" w:rsidR="00A71C55" w:rsidRDefault="00A71C55">
      <w:pPr>
        <w:spacing w:after="0" w:line="216" w:lineRule="auto"/>
        <w:jc w:val="center"/>
        <w:rPr>
          <w:rFonts w:asciiTheme="majorHAnsi" w:hAnsiTheme="majorHAnsi" w:cstheme="majorHAnsi"/>
          <w:b/>
          <w:sz w:val="44"/>
          <w:szCs w:val="44"/>
          <w:lang w:val="it-IT"/>
        </w:rPr>
      </w:pPr>
    </w:p>
    <w:p w14:paraId="0FCE8CA0" w14:textId="0AD7C927" w:rsidR="00F2788C" w:rsidRPr="00FB146C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44"/>
          <w:szCs w:val="44"/>
          <w:lang w:val="it-IT"/>
        </w:rPr>
        <w:t>INFORMATIVA PRIVACY E AUTORIZZAZIONE – DISPOSITIVI PERSONALI / BYOD</w:t>
      </w:r>
    </w:p>
    <w:p w14:paraId="01F59C1D" w14:textId="77777777" w:rsidR="00F2788C" w:rsidRPr="00FB146C" w:rsidRDefault="00215FB0">
      <w:pPr>
        <w:spacing w:after="6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28"/>
          <w:szCs w:val="44"/>
          <w:lang w:val="it-IT"/>
        </w:rPr>
        <w:t>Redatta ai sensi degli artt. 13-15 del Regolamento UE 2016/679 (G.D.P.R.)</w:t>
      </w:r>
    </w:p>
    <w:p w14:paraId="4672AAAC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Ambito</w:t>
      </w:r>
    </w:p>
    <w:p w14:paraId="380A73C9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La presente informativa riguarda l’eventuale autorizzazione a portare e utilizzare a scuola un dispositivo personale dell’alunno/a (PC, tablet o altro device) per attività didattiche, nel rispetto del Regolamento d’Istituto e delle indicazioni dei docenti.</w:t>
      </w:r>
    </w:p>
    <w:p w14:paraId="0408B4B3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Finalità del trattamento</w:t>
      </w:r>
    </w:p>
    <w:p w14:paraId="5D08DFDD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eventualmente generati o trattati sono utilizzati per gestione delle attività didattiche digitali, verifica del corretto uso del dispositivo, tutela dell’Istituto in caso di uso improprio o incidenti di sicurezza, gestione tecnica degli accessi alla rete e ai servizi online. La base giuridica è lo svolgimento di compiti di interesse pubblico e funzioni istituzionali.</w:t>
      </w:r>
    </w:p>
    <w:p w14:paraId="3880FAE6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Dati trattati e limiti</w:t>
      </w:r>
    </w:p>
    <w:p w14:paraId="47262CAF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Possono essere trattati dati identificativi dello studente, dati tecnici relativi all’accesso ai servizi scolastici o alla rete, log di sicurezza e contenuti prodotti per finalità didattiche. La scuola non accede ai contenuti privati del dispositivo, non controlla file personali, fotografie private, app non utilizzate per la didattica, cronologia personale o contenuti estranei all’attività scolastica.</w:t>
      </w:r>
    </w:p>
    <w:p w14:paraId="1E8D1B54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Regole d’uso</w:t>
      </w:r>
    </w:p>
    <w:p w14:paraId="265E329E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dispositivo può essere usato solo per scopi didattici, secondo modalità stabilite da docenti e Istituto. Sono vietati uso ludico non autorizzato, navigazione non pertinente, registrazioni audio/video non autorizzate, diffusione di immagini o contenuti di compagni, docenti o personale scolastico.</w:t>
      </w:r>
    </w:p>
    <w:p w14:paraId="06C8ADB8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Responsabilità e sicurezza</w:t>
      </w:r>
    </w:p>
    <w:p w14:paraId="5BBD28E9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Il dispositivo resta di proprietà e sotto la responsabilità dello studente/famiglia. L’Istituto non assume obblighi specifici di custodia e non risponde di danni, furti o smarrimenti non riconducibili a carenze organizzative o mancata vigilanza dovuta. Resta ferma la responsabilità dell’Istituto nei casi di condotta colposa del personale o deficit della normale vigilanza scolastica.</w:t>
      </w:r>
    </w:p>
    <w:p w14:paraId="02D74DE9" w14:textId="77777777" w:rsidR="00F2788C" w:rsidRPr="00A71C55" w:rsidRDefault="00215FB0">
      <w:pPr>
        <w:spacing w:before="20"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Destinatari, conservazione e diritti</w:t>
      </w:r>
    </w:p>
    <w:p w14:paraId="18D4A044" w14:textId="77777777" w:rsidR="00F2788C" w:rsidRPr="00A71C55" w:rsidRDefault="00215FB0">
      <w:pPr>
        <w:spacing w:after="20" w:line="218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t>I dati possono essere trattati da personale autorizzato e tecnici incaricati, e comunicati ad autorità competenti in caso di violazioni o incidenti. Sono conservati per il tempo necessario alle attività, alla sicurezza e alla tutela giuridica. Restano esercitabili i diritti previsti dal GDPR e il diritto di reclamo.</w:t>
      </w:r>
    </w:p>
    <w:p w14:paraId="30150229" w14:textId="77777777" w:rsidR="00F2788C" w:rsidRPr="00A71C55" w:rsidRDefault="00215FB0">
      <w:pPr>
        <w:spacing w:before="40" w:after="0" w:line="216" w:lineRule="auto"/>
        <w:jc w:val="center"/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b/>
          <w:sz w:val="24"/>
          <w:szCs w:val="24"/>
          <w:lang w:val="it-IT"/>
        </w:rPr>
        <w:t>L’autorizzazione all’uso del dispositivo personale è raccolta nella pagina finale ed è facoltativa.</w:t>
      </w:r>
    </w:p>
    <w:p w14:paraId="3100A4E1" w14:textId="77777777" w:rsidR="00F2788C" w:rsidRPr="00A71C55" w:rsidRDefault="00215FB0">
      <w:pPr>
        <w:rPr>
          <w:rFonts w:asciiTheme="majorHAnsi" w:hAnsiTheme="majorHAnsi" w:cstheme="majorHAnsi"/>
          <w:sz w:val="24"/>
          <w:szCs w:val="24"/>
          <w:lang w:val="it-IT"/>
        </w:rPr>
      </w:pPr>
      <w:r w:rsidRPr="00A71C55">
        <w:rPr>
          <w:rFonts w:asciiTheme="majorHAnsi" w:hAnsiTheme="majorHAnsi" w:cstheme="majorHAnsi"/>
          <w:sz w:val="24"/>
          <w:szCs w:val="24"/>
          <w:lang w:val="it-IT"/>
        </w:rPr>
        <w:br w:type="page"/>
      </w:r>
    </w:p>
    <w:p w14:paraId="00C2183F" w14:textId="77777777" w:rsidR="00F2788C" w:rsidRPr="00FB146C" w:rsidRDefault="00215FB0">
      <w:pPr>
        <w:spacing w:after="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44"/>
          <w:szCs w:val="44"/>
          <w:lang w:val="it-IT"/>
        </w:rPr>
        <w:lastRenderedPageBreak/>
        <w:t>PRESA VISIONE E MANIFESTAZIONI DI CONSENSO</w:t>
      </w:r>
    </w:p>
    <w:p w14:paraId="3128C775" w14:textId="77777777" w:rsidR="00F2788C" w:rsidRPr="00FB146C" w:rsidRDefault="00215FB0">
      <w:pPr>
        <w:spacing w:after="60" w:line="216" w:lineRule="auto"/>
        <w:jc w:val="center"/>
        <w:rPr>
          <w:rFonts w:asciiTheme="majorHAnsi" w:hAnsiTheme="majorHAnsi" w:cstheme="majorHAnsi"/>
          <w:sz w:val="28"/>
          <w:szCs w:val="44"/>
          <w:lang w:val="it-IT"/>
        </w:rPr>
      </w:pPr>
      <w:r w:rsidRPr="00FB146C">
        <w:rPr>
          <w:rFonts w:asciiTheme="majorHAnsi" w:hAnsiTheme="majorHAnsi" w:cstheme="majorHAnsi"/>
          <w:b/>
          <w:sz w:val="28"/>
          <w:szCs w:val="44"/>
          <w:lang w:val="it-IT"/>
        </w:rPr>
        <w:t>Pagina riepilogativa riferita alle informative allegate al fascicolo</w:t>
      </w:r>
    </w:p>
    <w:p w14:paraId="0478B18B" w14:textId="77777777" w:rsidR="00F2788C" w:rsidRPr="0054215A" w:rsidRDefault="00215FB0">
      <w:pPr>
        <w:spacing w:after="40" w:line="228" w:lineRule="auto"/>
        <w:rPr>
          <w:rFonts w:asciiTheme="majorHAnsi" w:hAnsiTheme="majorHAnsi" w:cstheme="majorHAnsi"/>
          <w:sz w:val="22"/>
          <w:lang w:val="it-IT"/>
        </w:rPr>
      </w:pPr>
      <w:r w:rsidRPr="0054215A">
        <w:rPr>
          <w:rFonts w:asciiTheme="majorHAnsi" w:hAnsiTheme="majorHAnsi" w:cstheme="majorHAnsi"/>
          <w:sz w:val="22"/>
          <w:lang w:val="it-IT"/>
        </w:rPr>
        <w:t>I sottoscritti genitori/tutori dell’alunno/a ____________________________________________, classe ______ sez. ______ plesso ______________________________, dichiarano di aver ricevuto e preso visione delle informative contenute nel presente fascicolo.</w:t>
      </w:r>
    </w:p>
    <w:p w14:paraId="253FDEE7" w14:textId="77777777" w:rsidR="00F2788C" w:rsidRPr="0054215A" w:rsidRDefault="00215FB0">
      <w:pPr>
        <w:spacing w:after="60" w:line="228" w:lineRule="auto"/>
        <w:rPr>
          <w:rFonts w:asciiTheme="majorHAnsi" w:hAnsiTheme="majorHAnsi" w:cstheme="majorHAnsi"/>
          <w:sz w:val="22"/>
          <w:lang w:val="it-IT"/>
        </w:rPr>
      </w:pPr>
      <w:r w:rsidRPr="0054215A">
        <w:rPr>
          <w:rFonts w:asciiTheme="majorHAnsi" w:hAnsiTheme="majorHAnsi" w:cstheme="majorHAnsi"/>
          <w:sz w:val="22"/>
          <w:lang w:val="it-IT"/>
        </w:rPr>
        <w:t>Le scelte sotto riportate sono autonome e separate. La mancata prestazione del consenso per trattamenti facoltativi non pregiudica la fruizione delle attività scolastiche obbligatorie, salvo i casi in cui il trattamento sia necessario per uno specifico servizio facoltativo.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9"/>
        <w:gridCol w:w="2647"/>
        <w:gridCol w:w="2648"/>
        <w:gridCol w:w="2648"/>
      </w:tblGrid>
      <w:tr w:rsidR="00D2495B" w:rsidRPr="00D2495B" w14:paraId="2D069CA1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E5704FF" w14:textId="77777777" w:rsidR="00F2788C" w:rsidRPr="00D2495B" w:rsidRDefault="00215FB0">
            <w:pPr>
              <w:spacing w:after="0" w:line="21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b/>
                <w:sz w:val="24"/>
                <w:szCs w:val="44"/>
              </w:rPr>
              <w:t>INFORMATIVA / TRATTAMENTO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B6767E5" w14:textId="77777777" w:rsidR="00F2788C" w:rsidRPr="00D2495B" w:rsidRDefault="00215FB0">
            <w:pPr>
              <w:spacing w:after="0" w:line="21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b/>
                <w:sz w:val="24"/>
                <w:szCs w:val="44"/>
              </w:rPr>
              <w:t>PRESA VISIONE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9096F55" w14:textId="77777777" w:rsidR="00F2788C" w:rsidRPr="00D2495B" w:rsidRDefault="00215FB0">
            <w:pPr>
              <w:spacing w:after="0" w:line="21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b/>
                <w:sz w:val="24"/>
                <w:szCs w:val="44"/>
              </w:rPr>
              <w:t>ACCONSENTO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A00D561" w14:textId="77777777" w:rsidR="00F2788C" w:rsidRPr="00D2495B" w:rsidRDefault="00215FB0">
            <w:pPr>
              <w:spacing w:after="0" w:line="21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b/>
                <w:sz w:val="24"/>
                <w:szCs w:val="44"/>
              </w:rPr>
              <w:t>NON ACCONSENTO</w:t>
            </w:r>
          </w:p>
        </w:tc>
      </w:tr>
      <w:tr w:rsidR="00D2495B" w:rsidRPr="00D2495B" w14:paraId="1D4F301E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B39906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Informativa generale famiglie - dati personali e particolari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027D25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87BD5A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77CF0E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</w:tr>
      <w:tr w:rsidR="00D2495B" w:rsidRPr="00D2495B" w14:paraId="0D5820FE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F5B52F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Recapiti e dati per emergenze - conferma dati forniti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348E16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BBCCE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C7215F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</w:tr>
      <w:tr w:rsidR="00D2495B" w:rsidRPr="00D2495B" w14:paraId="6001481D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65DD5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Google Form / moduli online istituzionali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7A78A3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72F142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9E6E7C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</w:tr>
      <w:tr w:rsidR="00D2495B" w:rsidRPr="00D2495B" w14:paraId="60A2B315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385BCD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Google Workspace - servizi principali istituzionali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268418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63E2C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ABF353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</w:tr>
      <w:tr w:rsidR="00D2495B" w:rsidRPr="00D2495B" w14:paraId="7BFD5151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BD1740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Google Workspace - eventuali servizi aggiuntivi non indispensabili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1DE4C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29E09A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9A495D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</w:tr>
      <w:tr w:rsidR="00D2495B" w:rsidRPr="00D2495B" w14:paraId="725B07FB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259D24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App di terze parti con account o accesso dedicato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0A4CB6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2DCBC4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EEFC8A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</w:tr>
      <w:tr w:rsidR="00D2495B" w:rsidRPr="00D2495B" w14:paraId="31451DE7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4E1DD3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Immagini/foto/video per uso interno e documentazione didattica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DAE206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1DC6C3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5F04BA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</w:tr>
      <w:tr w:rsidR="00D2495B" w:rsidRPr="00D2495B" w14:paraId="436E0194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98E196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Condivisione riservata immagini con famiglie della stessa classe tramite canali dell’Istituto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1319F2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D74CAF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A57B0B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</w:tr>
      <w:tr w:rsidR="00D2495B" w:rsidRPr="00D2495B" w14:paraId="7D370785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F6786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Pubblicazione esterna immagini riconoscibili su sito/social/media istituzionali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737AF1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01B63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76268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</w:tr>
      <w:tr w:rsidR="00D2495B" w:rsidRPr="00D2495B" w14:paraId="38DBFBB2" w14:textId="77777777">
        <w:trPr>
          <w:jc w:val="center"/>
        </w:trPr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286E0E" w14:textId="77777777" w:rsidR="00F2788C" w:rsidRPr="00FB146C" w:rsidRDefault="00215FB0">
            <w:pPr>
              <w:spacing w:after="0" w:line="206" w:lineRule="auto"/>
              <w:rPr>
                <w:rFonts w:asciiTheme="majorHAnsi" w:hAnsiTheme="majorHAnsi" w:cstheme="majorHAnsi"/>
                <w:sz w:val="28"/>
                <w:szCs w:val="44"/>
                <w:lang w:val="it-IT"/>
              </w:rPr>
            </w:pPr>
            <w:r w:rsidRPr="00FB146C">
              <w:rPr>
                <w:rFonts w:asciiTheme="majorHAnsi" w:hAnsiTheme="majorHAnsi" w:cstheme="majorHAnsi"/>
                <w:sz w:val="24"/>
                <w:szCs w:val="44"/>
                <w:lang w:val="it-IT"/>
              </w:rPr>
              <w:t>Uso di dispositivo personale/BYOD per finalità didattiche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12E8EE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—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7E9DC5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  <w:tc>
          <w:tcPr>
            <w:tcW w:w="2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7767F6" w14:textId="77777777" w:rsidR="00F2788C" w:rsidRPr="00D2495B" w:rsidRDefault="00215FB0">
            <w:pPr>
              <w:spacing w:after="0" w:line="206" w:lineRule="auto"/>
              <w:jc w:val="center"/>
              <w:rPr>
                <w:rFonts w:asciiTheme="majorHAnsi" w:hAnsiTheme="majorHAnsi" w:cstheme="majorHAnsi"/>
                <w:sz w:val="28"/>
                <w:szCs w:val="44"/>
              </w:rPr>
            </w:pPr>
            <w:r w:rsidRPr="00D2495B">
              <w:rPr>
                <w:rFonts w:asciiTheme="majorHAnsi" w:hAnsiTheme="majorHAnsi" w:cstheme="majorHAnsi"/>
                <w:sz w:val="24"/>
                <w:szCs w:val="44"/>
              </w:rPr>
              <w:t>□</w:t>
            </w:r>
          </w:p>
        </w:tc>
      </w:tr>
    </w:tbl>
    <w:p w14:paraId="6A539F66" w14:textId="77777777" w:rsidR="00F2788C" w:rsidRPr="0054215A" w:rsidRDefault="00215FB0">
      <w:pPr>
        <w:spacing w:before="60" w:after="60" w:line="216" w:lineRule="auto"/>
        <w:rPr>
          <w:rFonts w:asciiTheme="majorHAnsi" w:hAnsiTheme="majorHAnsi" w:cstheme="majorHAnsi"/>
          <w:sz w:val="20"/>
          <w:szCs w:val="20"/>
          <w:lang w:val="it-IT"/>
        </w:rPr>
      </w:pPr>
      <w:r w:rsidRPr="0054215A">
        <w:rPr>
          <w:rFonts w:asciiTheme="majorHAnsi" w:hAnsiTheme="majorHAnsi" w:cstheme="majorHAnsi"/>
          <w:b/>
          <w:sz w:val="20"/>
          <w:szCs w:val="20"/>
          <w:lang w:val="it-IT"/>
        </w:rPr>
        <w:t>Nota immagini: la scuola mantiene linea prudente e ordinariamente non pubblica/diffonde volti riconoscibili. Il consenso non autorizza inoltri, pubblicazioni autonome o condivisioni tramite chat non istituzionali.</w:t>
      </w:r>
    </w:p>
    <w:p w14:paraId="2516EDB0" w14:textId="77777777" w:rsidR="00F2788C" w:rsidRPr="00FC16D4" w:rsidRDefault="00215FB0">
      <w:pPr>
        <w:spacing w:after="100" w:line="216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FC16D4">
        <w:rPr>
          <w:rFonts w:asciiTheme="majorHAnsi" w:hAnsiTheme="majorHAnsi" w:cstheme="majorHAnsi"/>
          <w:sz w:val="24"/>
          <w:szCs w:val="24"/>
          <w:lang w:val="it-IT"/>
        </w:rPr>
        <w:t>Luogo e data ________________________________________________</w:t>
      </w:r>
    </w:p>
    <w:p w14:paraId="7BA94669" w14:textId="77777777" w:rsidR="00F2788C" w:rsidRPr="00FB146C" w:rsidRDefault="00215FB0">
      <w:pPr>
        <w:spacing w:after="80" w:line="216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FB146C">
        <w:rPr>
          <w:rFonts w:asciiTheme="majorHAnsi" w:hAnsiTheme="majorHAnsi" w:cstheme="majorHAnsi"/>
          <w:sz w:val="24"/>
          <w:szCs w:val="24"/>
          <w:lang w:val="it-IT"/>
        </w:rPr>
        <w:t>Cognome e nome 1° Genitore/Tutore ______________________________ Firma ______________________________</w:t>
      </w:r>
    </w:p>
    <w:p w14:paraId="27FF234E" w14:textId="77777777" w:rsidR="00F2788C" w:rsidRPr="00FB146C" w:rsidRDefault="00215FB0">
      <w:pPr>
        <w:spacing w:after="80" w:line="216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FB146C">
        <w:rPr>
          <w:rFonts w:asciiTheme="majorHAnsi" w:hAnsiTheme="majorHAnsi" w:cstheme="majorHAnsi"/>
          <w:sz w:val="24"/>
          <w:szCs w:val="24"/>
          <w:lang w:val="it-IT"/>
        </w:rPr>
        <w:t>Cognome e nome 2° Genitore/Tutore ______________________________ Firma ______________________________</w:t>
      </w:r>
    </w:p>
    <w:p w14:paraId="4EBF1048" w14:textId="4C697D94" w:rsidR="0054215A" w:rsidRPr="0054215A" w:rsidRDefault="00215FB0" w:rsidP="0054215A">
      <w:pPr>
        <w:spacing w:after="0" w:line="211" w:lineRule="auto"/>
        <w:rPr>
          <w:rFonts w:asciiTheme="majorHAnsi" w:hAnsiTheme="majorHAnsi" w:cstheme="majorHAnsi"/>
          <w:sz w:val="24"/>
          <w:szCs w:val="24"/>
          <w:lang w:val="it-IT"/>
        </w:rPr>
      </w:pPr>
      <w:r w:rsidRPr="00FB146C">
        <w:rPr>
          <w:rFonts w:asciiTheme="majorHAnsi" w:hAnsiTheme="majorHAnsi" w:cstheme="majorHAnsi"/>
          <w:sz w:val="24"/>
          <w:szCs w:val="24"/>
          <w:lang w:val="it-IT"/>
        </w:rPr>
        <w:t>(*) Qualora la presente pagina venga firmata da un solo genitore, questi dichiara di agire nel rispetto degli artt. 316, 337-ter e 337-quater c.c. e di avere informato/condiviso la scelta con l’altro esercente la responsabilità genitoriale</w:t>
      </w:r>
      <w:r w:rsidR="0054215A">
        <w:rPr>
          <w:rFonts w:asciiTheme="majorHAnsi" w:hAnsiTheme="majorHAnsi" w:cstheme="majorHAnsi"/>
          <w:sz w:val="24"/>
          <w:szCs w:val="24"/>
          <w:lang w:val="it-IT"/>
        </w:rPr>
        <w:t xml:space="preserve">. </w:t>
      </w:r>
    </w:p>
    <w:sectPr w:rsidR="0054215A" w:rsidRPr="0054215A" w:rsidSect="00034616">
      <w:footerReference w:type="default" r:id="rId23"/>
      <w:pgSz w:w="11906" w:h="16838"/>
      <w:pgMar w:top="539" w:right="652" w:bottom="510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D40D" w14:textId="77777777" w:rsidR="00FC16D4" w:rsidRDefault="00FC16D4" w:rsidP="00FC16D4">
      <w:pPr>
        <w:spacing w:after="0" w:line="240" w:lineRule="auto"/>
      </w:pPr>
      <w:r>
        <w:separator/>
      </w:r>
    </w:p>
  </w:endnote>
  <w:endnote w:type="continuationSeparator" w:id="0">
    <w:p w14:paraId="54A9A6CD" w14:textId="77777777" w:rsidR="00FC16D4" w:rsidRDefault="00FC16D4" w:rsidP="00FC1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0392" w14:textId="6F1A1402" w:rsidR="00FC16D4" w:rsidRDefault="00FC16D4">
    <w:pPr>
      <w:pStyle w:val="Pidipagina"/>
      <w:rPr>
        <w:lang w:val="it-IT"/>
      </w:rPr>
    </w:pPr>
  </w:p>
  <w:p w14:paraId="567E732E" w14:textId="77777777" w:rsidR="00FC16D4" w:rsidRPr="00FC16D4" w:rsidRDefault="00FC16D4">
    <w:pPr>
      <w:pStyle w:val="Pidipagina"/>
      <w:rPr>
        <w:lang w:val="it-IT"/>
      </w:rPr>
    </w:pPr>
  </w:p>
  <w:p w14:paraId="025993A5" w14:textId="77777777" w:rsidR="00FC16D4" w:rsidRPr="00FC16D4" w:rsidRDefault="00FC16D4" w:rsidP="00FC16D4">
    <w:pPr>
      <w:spacing w:after="0" w:line="211" w:lineRule="auto"/>
      <w:ind w:left="2160"/>
      <w:rPr>
        <w:rFonts w:asciiTheme="majorHAnsi" w:hAnsiTheme="majorHAnsi" w:cstheme="majorHAnsi"/>
        <w:sz w:val="18"/>
        <w:szCs w:val="18"/>
        <w:lang w:val="it-IT"/>
      </w:rPr>
    </w:pPr>
    <w:r w:rsidRPr="00FC16D4">
      <w:rPr>
        <w:rFonts w:asciiTheme="majorHAnsi" w:hAnsiTheme="majorHAnsi" w:cstheme="majorHAnsi"/>
        <w:b/>
        <w:bCs/>
        <w:i/>
        <w:iCs/>
        <w:sz w:val="18"/>
        <w:szCs w:val="18"/>
        <w:lang w:val="it-IT"/>
      </w:rPr>
      <w:t>DPO d’Istituto:</w:t>
    </w:r>
    <w:r w:rsidRPr="00FC16D4">
      <w:rPr>
        <w:rFonts w:asciiTheme="majorHAnsi" w:hAnsiTheme="majorHAnsi" w:cstheme="majorHAnsi"/>
        <w:sz w:val="18"/>
        <w:szCs w:val="18"/>
        <w:lang w:val="it-IT"/>
      </w:rPr>
      <w:t xml:space="preserve"> Ferdinando Bassi c/o EASYTEAM.org SRL </w:t>
    </w:r>
    <w:hyperlink r:id="rId1" w:history="1">
      <w:r w:rsidRPr="00FC16D4">
        <w:rPr>
          <w:rStyle w:val="Collegamentoipertestuale"/>
          <w:rFonts w:asciiTheme="majorHAnsi" w:hAnsiTheme="majorHAnsi" w:cstheme="majorHAnsi"/>
          <w:sz w:val="18"/>
          <w:szCs w:val="18"/>
          <w:lang w:val="it-IT"/>
        </w:rPr>
        <w:t>– dpo@easyteam.org</w:t>
      </w:r>
    </w:hyperlink>
    <w:r w:rsidRPr="00FC16D4">
      <w:rPr>
        <w:rFonts w:asciiTheme="majorHAnsi" w:hAnsiTheme="majorHAnsi" w:cstheme="majorHAnsi"/>
        <w:sz w:val="18"/>
        <w:szCs w:val="18"/>
        <w:lang w:val="it-IT"/>
      </w:rPr>
      <w:t xml:space="preserve"> </w:t>
    </w:r>
  </w:p>
  <w:p w14:paraId="4181C61B" w14:textId="77777777" w:rsidR="00FC16D4" w:rsidRPr="00FC16D4" w:rsidRDefault="00FC16D4" w:rsidP="00FC16D4">
    <w:pPr>
      <w:spacing w:after="0" w:line="211" w:lineRule="auto"/>
      <w:ind w:left="2160"/>
      <w:rPr>
        <w:rFonts w:asciiTheme="majorHAnsi" w:hAnsiTheme="majorHAnsi" w:cstheme="majorHAnsi"/>
        <w:sz w:val="18"/>
        <w:szCs w:val="18"/>
        <w:lang w:val="it-IT"/>
      </w:rPr>
    </w:pPr>
    <w:r w:rsidRPr="00FC16D4">
      <w:rPr>
        <w:rFonts w:asciiTheme="majorHAnsi" w:hAnsiTheme="majorHAnsi" w:cstheme="majorHAnsi"/>
        <w:sz w:val="18"/>
        <w:szCs w:val="18"/>
        <w:lang w:val="it-IT"/>
      </w:rPr>
      <w:t xml:space="preserve">via Maestri del Lavoro SNC – 26866 Sant’Angelo Lodigiano (Lodi) </w:t>
    </w:r>
  </w:p>
  <w:p w14:paraId="37A50886" w14:textId="77777777" w:rsidR="00FC16D4" w:rsidRPr="00FC16D4" w:rsidRDefault="00FC16D4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C500" w14:textId="77777777" w:rsidR="00FC16D4" w:rsidRDefault="00FC16D4" w:rsidP="00FC16D4">
      <w:pPr>
        <w:spacing w:after="0" w:line="240" w:lineRule="auto"/>
      </w:pPr>
      <w:r>
        <w:separator/>
      </w:r>
    </w:p>
  </w:footnote>
  <w:footnote w:type="continuationSeparator" w:id="0">
    <w:p w14:paraId="7184832C" w14:textId="77777777" w:rsidR="00FC16D4" w:rsidRDefault="00FC16D4" w:rsidP="00FC1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5FB0"/>
    <w:rsid w:val="0029639D"/>
    <w:rsid w:val="00326F90"/>
    <w:rsid w:val="0054215A"/>
    <w:rsid w:val="00A71C55"/>
    <w:rsid w:val="00A7560C"/>
    <w:rsid w:val="00AA1D8D"/>
    <w:rsid w:val="00B47730"/>
    <w:rsid w:val="00CB0664"/>
    <w:rsid w:val="00D2495B"/>
    <w:rsid w:val="00DA3812"/>
    <w:rsid w:val="00F2788C"/>
    <w:rsid w:val="00FB146C"/>
    <w:rsid w:val="00FC16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8D02E1"/>
  <w14:defaultImageDpi w14:val="300"/>
  <w15:docId w15:val="{56C85DDC-5334-4AB4-A879-C27DA69C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 Narrow" w:eastAsia="Arial Narrow" w:hAnsi="Arial Narrow"/>
      <w:sz w:val="1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C16D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1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hyperlink" Target="mailto:MIIC88200X@pec.istruzione.it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hyperlink" Target="mailto:MIIC88200X@pec.istruzione.it" TargetMode="External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IIC88200X@pec.istruzione.it" TargetMode="External"/><Relationship Id="rId20" Type="http://schemas.openxmlformats.org/officeDocument/2006/relationships/hyperlink" Target="mailto:MIIC88200X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1.xml"/><Relationship Id="rId10" Type="http://schemas.openxmlformats.org/officeDocument/2006/relationships/hyperlink" Target="mailto:MIIC88200X@pec.istruzione.it" TargetMode="External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MIIC88200X@pec.istruzione.it" TargetMode="External"/><Relationship Id="rId22" Type="http://schemas.openxmlformats.org/officeDocument/2006/relationships/hyperlink" Target="mailto:MIIC88200X@pec.istruzione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&#8211;%20dpo@easytea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3186</Words>
  <Characters>18163</Characters>
  <Application>Microsoft Office Word</Application>
  <DocSecurity>0</DocSecurity>
  <Lines>151</Lines>
  <Paragraphs>42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</cp:lastModifiedBy>
  <cp:revision>6</cp:revision>
  <cp:lastPrinted>2026-06-10T13:32:00Z</cp:lastPrinted>
  <dcterms:created xsi:type="dcterms:W3CDTF">2026-06-10T13:32:00Z</dcterms:created>
  <dcterms:modified xsi:type="dcterms:W3CDTF">2026-06-16T10:44:00Z</dcterms:modified>
  <cp:category/>
</cp:coreProperties>
</file>